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B23848" w14:textId="77777777" w:rsidR="006C229F" w:rsidRDefault="006C229F">
      <w:pPr>
        <w:pStyle w:val="aa"/>
        <w:jc w:val="center"/>
        <w:rPr>
          <w:rFonts w:ascii="Times New Roman" w:hAnsi="Times New Roman" w:cs="Times New Roman"/>
          <w:lang w:val="ru-RU"/>
        </w:rPr>
      </w:pPr>
    </w:p>
    <w:p w14:paraId="3625E1EC" w14:textId="77777777" w:rsidR="006C229F" w:rsidRDefault="006C229F">
      <w:pPr>
        <w:pStyle w:val="aa"/>
        <w:jc w:val="center"/>
        <w:rPr>
          <w:rFonts w:ascii="Times New Roman" w:hAnsi="Times New Roman" w:cs="Times New Roman"/>
          <w:lang w:val="ru-RU"/>
        </w:rPr>
      </w:pPr>
    </w:p>
    <w:p w14:paraId="6658E450" w14:textId="77777777" w:rsidR="006C229F" w:rsidRDefault="006C229F">
      <w:pPr>
        <w:pStyle w:val="aa"/>
        <w:jc w:val="center"/>
        <w:rPr>
          <w:rFonts w:ascii="Times New Roman" w:hAnsi="Times New Roman" w:cs="Times New Roman"/>
          <w:lang w:val="ru-RU"/>
        </w:rPr>
      </w:pPr>
    </w:p>
    <w:p w14:paraId="7B3BB922" w14:textId="77777777" w:rsidR="006C229F" w:rsidRDefault="006C229F">
      <w:pPr>
        <w:pStyle w:val="aa"/>
        <w:jc w:val="center"/>
        <w:rPr>
          <w:rFonts w:ascii="Times New Roman" w:hAnsi="Times New Roman" w:cs="Times New Roman"/>
          <w:lang w:val="ru-RU"/>
        </w:rPr>
      </w:pPr>
    </w:p>
    <w:p w14:paraId="3D3A5905" w14:textId="77777777" w:rsidR="006C229F" w:rsidRDefault="006C229F">
      <w:pPr>
        <w:pStyle w:val="aa"/>
        <w:jc w:val="center"/>
        <w:rPr>
          <w:rFonts w:ascii="Times New Roman" w:hAnsi="Times New Roman" w:cs="Times New Roman"/>
          <w:lang w:val="ru-RU"/>
        </w:rPr>
      </w:pPr>
    </w:p>
    <w:p w14:paraId="0275DE7A" w14:textId="77777777" w:rsidR="006C229F" w:rsidRDefault="006C229F">
      <w:pPr>
        <w:pStyle w:val="aa"/>
        <w:jc w:val="center"/>
        <w:rPr>
          <w:rFonts w:ascii="Times New Roman" w:hAnsi="Times New Roman" w:cs="Times New Roman"/>
          <w:lang w:val="ru-RU"/>
        </w:rPr>
      </w:pPr>
    </w:p>
    <w:p w14:paraId="7EE490A2" w14:textId="77777777" w:rsidR="008E28BE" w:rsidRPr="006C229F" w:rsidRDefault="000D5B6E">
      <w:pPr>
        <w:pStyle w:val="aa"/>
        <w:jc w:val="center"/>
        <w:rPr>
          <w:rFonts w:ascii="Times New Roman" w:hAnsi="Times New Roman" w:cs="Times New Roman"/>
          <w:lang w:val="ru-RU"/>
        </w:rPr>
      </w:pPr>
      <w:proofErr w:type="spellStart"/>
      <w:r w:rsidRPr="006C229F">
        <w:rPr>
          <w:rFonts w:ascii="Times New Roman" w:hAnsi="Times New Roman" w:cs="Times New Roman"/>
          <w:lang w:val="ru-RU"/>
        </w:rPr>
        <w:t>Звіт</w:t>
      </w:r>
      <w:proofErr w:type="spellEnd"/>
      <w:r w:rsidRPr="006C229F">
        <w:rPr>
          <w:rFonts w:ascii="Times New Roman" w:hAnsi="Times New Roman" w:cs="Times New Roman"/>
          <w:lang w:val="ru-RU"/>
        </w:rPr>
        <w:t xml:space="preserve"> про роботу </w:t>
      </w:r>
      <w:proofErr w:type="spellStart"/>
      <w:r w:rsidRPr="006C229F">
        <w:rPr>
          <w:rFonts w:ascii="Times New Roman" w:hAnsi="Times New Roman" w:cs="Times New Roman"/>
          <w:lang w:val="ru-RU"/>
        </w:rPr>
        <w:t>соціально-психологічної</w:t>
      </w:r>
      <w:proofErr w:type="spellEnd"/>
      <w:r w:rsidRPr="006C229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lang w:val="ru-RU"/>
        </w:rPr>
        <w:t>служби</w:t>
      </w:r>
      <w:proofErr w:type="spellEnd"/>
      <w:r w:rsidRPr="006C229F">
        <w:rPr>
          <w:rFonts w:ascii="Times New Roman" w:hAnsi="Times New Roman" w:cs="Times New Roman"/>
          <w:lang w:val="ru-RU"/>
        </w:rPr>
        <w:t xml:space="preserve"> ХДУ</w:t>
      </w:r>
    </w:p>
    <w:p w14:paraId="218D9E67" w14:textId="77777777" w:rsidR="008E28BE" w:rsidRPr="006C229F" w:rsidRDefault="000D5B6E">
      <w:pPr>
        <w:jc w:val="center"/>
        <w:rPr>
          <w:rFonts w:ascii="Times New Roman" w:hAnsi="Times New Roman" w:cs="Times New Roman"/>
          <w:b/>
          <w:sz w:val="30"/>
          <w:lang w:val="ru-RU"/>
        </w:rPr>
      </w:pPr>
      <w:r w:rsidRPr="006C229F">
        <w:rPr>
          <w:rFonts w:ascii="Times New Roman" w:hAnsi="Times New Roman" w:cs="Times New Roman"/>
          <w:b/>
          <w:sz w:val="30"/>
          <w:lang w:val="ru-RU"/>
        </w:rPr>
        <w:t xml:space="preserve">за 2025–2026 </w:t>
      </w:r>
      <w:proofErr w:type="spellStart"/>
      <w:r w:rsidRPr="006C229F">
        <w:rPr>
          <w:rFonts w:ascii="Times New Roman" w:hAnsi="Times New Roman" w:cs="Times New Roman"/>
          <w:b/>
          <w:sz w:val="30"/>
          <w:lang w:val="ru-RU"/>
        </w:rPr>
        <w:t>навчальний</w:t>
      </w:r>
      <w:proofErr w:type="spellEnd"/>
      <w:r w:rsidRPr="006C229F">
        <w:rPr>
          <w:rFonts w:ascii="Times New Roman" w:hAnsi="Times New Roman" w:cs="Times New Roman"/>
          <w:b/>
          <w:sz w:val="30"/>
          <w:lang w:val="ru-RU"/>
        </w:rPr>
        <w:t xml:space="preserve"> рік</w:t>
      </w:r>
    </w:p>
    <w:p w14:paraId="51029016" w14:textId="77777777" w:rsidR="006C229F" w:rsidRPr="006C229F" w:rsidRDefault="006C229F">
      <w:pPr>
        <w:jc w:val="center"/>
        <w:rPr>
          <w:rFonts w:ascii="Times New Roman" w:hAnsi="Times New Roman" w:cs="Times New Roman"/>
          <w:b/>
          <w:sz w:val="30"/>
          <w:lang w:val="ru-RU"/>
        </w:rPr>
      </w:pPr>
    </w:p>
    <w:p w14:paraId="6A5E7E72" w14:textId="77777777" w:rsidR="006C229F" w:rsidRPr="006C229F" w:rsidRDefault="006C229F">
      <w:pPr>
        <w:jc w:val="center"/>
        <w:rPr>
          <w:rFonts w:ascii="Times New Roman" w:hAnsi="Times New Roman" w:cs="Times New Roman"/>
          <w:b/>
          <w:sz w:val="30"/>
          <w:lang w:val="ru-RU"/>
        </w:rPr>
      </w:pPr>
    </w:p>
    <w:p w14:paraId="4625CF2E" w14:textId="77777777" w:rsidR="006C229F" w:rsidRPr="006C229F" w:rsidRDefault="006C229F">
      <w:pPr>
        <w:jc w:val="center"/>
        <w:rPr>
          <w:rFonts w:ascii="Times New Roman" w:hAnsi="Times New Roman" w:cs="Times New Roman"/>
          <w:b/>
          <w:sz w:val="30"/>
          <w:lang w:val="ru-RU"/>
        </w:rPr>
      </w:pPr>
    </w:p>
    <w:p w14:paraId="3389E38A" w14:textId="77777777" w:rsidR="006C229F" w:rsidRPr="006C229F" w:rsidRDefault="006C229F">
      <w:pPr>
        <w:jc w:val="center"/>
        <w:rPr>
          <w:rFonts w:ascii="Times New Roman" w:hAnsi="Times New Roman" w:cs="Times New Roman"/>
          <w:b/>
          <w:sz w:val="30"/>
          <w:lang w:val="ru-RU"/>
        </w:rPr>
      </w:pPr>
    </w:p>
    <w:p w14:paraId="4BEAF814" w14:textId="77777777" w:rsidR="006C229F" w:rsidRPr="006C229F" w:rsidRDefault="006C229F">
      <w:pPr>
        <w:jc w:val="center"/>
        <w:rPr>
          <w:rFonts w:ascii="Times New Roman" w:hAnsi="Times New Roman" w:cs="Times New Roman"/>
          <w:b/>
          <w:sz w:val="30"/>
          <w:lang w:val="ru-RU"/>
        </w:rPr>
      </w:pPr>
    </w:p>
    <w:p w14:paraId="103BF408" w14:textId="77777777" w:rsidR="006C229F" w:rsidRPr="006C229F" w:rsidRDefault="006C229F">
      <w:pPr>
        <w:jc w:val="center"/>
        <w:rPr>
          <w:rFonts w:ascii="Times New Roman" w:hAnsi="Times New Roman" w:cs="Times New Roman"/>
          <w:lang w:val="ru-RU"/>
        </w:rPr>
      </w:pPr>
    </w:p>
    <w:p w14:paraId="670D856F" w14:textId="77777777" w:rsidR="006C229F" w:rsidRDefault="006C229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CC4EBD0" w14:textId="77777777" w:rsidR="006C229F" w:rsidRDefault="006C229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9974108" w14:textId="77777777" w:rsidR="006C229F" w:rsidRDefault="006C229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AA6D222" w14:textId="77777777" w:rsidR="006C229F" w:rsidRDefault="006C229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CD8305A" w14:textId="77777777" w:rsidR="006C229F" w:rsidRDefault="006C229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CC3C9E7" w14:textId="77777777" w:rsidR="006C229F" w:rsidRDefault="006C229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E25A19E" w14:textId="77777777" w:rsidR="006C229F" w:rsidRDefault="006C229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4B63099" w14:textId="77777777" w:rsidR="006C229F" w:rsidRDefault="006C229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C731D58" w14:textId="77777777" w:rsidR="006C229F" w:rsidRDefault="006C229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739A8E9" w14:textId="77777777" w:rsidR="006C229F" w:rsidRDefault="006C229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A11DAB9" w14:textId="77777777" w:rsidR="006C229F" w:rsidRDefault="006C229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A00AA25" w14:textId="77777777" w:rsidR="008E28BE" w:rsidRPr="006C229F" w:rsidRDefault="000D5B6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C229F">
        <w:rPr>
          <w:rFonts w:ascii="Times New Roman" w:hAnsi="Times New Roman" w:cs="Times New Roman"/>
          <w:sz w:val="28"/>
          <w:szCs w:val="28"/>
          <w:lang w:val="ru-RU"/>
        </w:rPr>
        <w:t>Івано-Франківськ</w:t>
      </w:r>
      <w:proofErr w:type="spellEnd"/>
      <w:r w:rsidRPr="006C229F">
        <w:rPr>
          <w:rFonts w:ascii="Times New Roman" w:hAnsi="Times New Roman" w:cs="Times New Roman"/>
          <w:sz w:val="28"/>
          <w:szCs w:val="28"/>
          <w:lang w:val="ru-RU"/>
        </w:rPr>
        <w:t xml:space="preserve"> — 2026</w:t>
      </w:r>
    </w:p>
    <w:p w14:paraId="368C3D76" w14:textId="77777777" w:rsidR="008E28BE" w:rsidRPr="006C229F" w:rsidRDefault="000D5B6E">
      <w:pPr>
        <w:rPr>
          <w:rFonts w:ascii="Times New Roman" w:hAnsi="Times New Roman" w:cs="Times New Roman"/>
          <w:lang w:val="ru-RU"/>
        </w:rPr>
      </w:pPr>
      <w:r w:rsidRPr="006C229F">
        <w:rPr>
          <w:rFonts w:ascii="Times New Roman" w:hAnsi="Times New Roman" w:cs="Times New Roman"/>
          <w:lang w:val="ru-RU"/>
        </w:rPr>
        <w:br w:type="page"/>
      </w:r>
    </w:p>
    <w:p w14:paraId="3D1EA08C" w14:textId="77777777" w:rsidR="008E28BE" w:rsidRPr="006C229F" w:rsidRDefault="000D5B6E" w:rsidP="006C229F">
      <w:pPr>
        <w:pStyle w:val="1"/>
        <w:spacing w:before="0"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lastRenderedPageBreak/>
        <w:t>Загальна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характеристика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роботи</w:t>
      </w:r>
      <w:proofErr w:type="spellEnd"/>
    </w:p>
    <w:p w14:paraId="5B01FC0A" w14:textId="77777777" w:rsidR="008E28BE" w:rsidRPr="006C229F" w:rsidRDefault="000D5B6E" w:rsidP="006C22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У 2025–2026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навчальному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році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соціально-психологічна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служба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Херсонського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державного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університету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продовжувала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роботу в умовах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воєнного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стану та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переміщення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університетської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спільноти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Основними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публічно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представленими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напрямами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стали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психоемоційна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підтримка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психологічна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просвіта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розвиток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культури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ментального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здоров’я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підтримка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ветеранів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їхніх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родин, волонтерство,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інклюзія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комунікація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професійне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навчання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партнерська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взаємодія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62EFC06" w14:textId="77777777" w:rsidR="008E28BE" w:rsidRPr="006C229F" w:rsidRDefault="000D5B6E" w:rsidP="006C22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Служба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забезпечувала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доступність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психологічної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допомоги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здобувачів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освіти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працівників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університету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інших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представників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спільноти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готувала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практичні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рекомендації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освітян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проводила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тренінгові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заходи і представляла ХДУ на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всеукраїнських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міжнародних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професійних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майданчиках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3875DB5" w14:textId="77777777" w:rsidR="008E28BE" w:rsidRPr="006C229F" w:rsidRDefault="000D5B6E" w:rsidP="006C229F">
      <w:pPr>
        <w:pStyle w:val="1"/>
        <w:spacing w:before="0"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Основні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напрями діяльності</w:t>
      </w:r>
    </w:p>
    <w:p w14:paraId="7B228F0A" w14:textId="77777777" w:rsidR="008E28BE" w:rsidRPr="006C229F" w:rsidRDefault="000D5B6E" w:rsidP="006C22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C229F">
        <w:rPr>
          <w:rFonts w:ascii="Times New Roman" w:hAnsi="Times New Roman" w:cs="Times New Roman"/>
          <w:b/>
          <w:sz w:val="24"/>
          <w:szCs w:val="24"/>
          <w:lang w:val="ru-RU"/>
        </w:rPr>
        <w:t>Консультативна</w:t>
      </w:r>
      <w:proofErr w:type="spellEnd"/>
      <w:r w:rsidRPr="006C229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b/>
          <w:sz w:val="24"/>
          <w:szCs w:val="24"/>
          <w:lang w:val="ru-RU"/>
        </w:rPr>
        <w:t>підтримка</w:t>
      </w:r>
      <w:proofErr w:type="spellEnd"/>
      <w:r w:rsidRPr="006C229F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Індивідуальна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психологічна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допомога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учасникам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освітнього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процесу з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питань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психоемоційного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перенавантаження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кризових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станів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адаптації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міжособистісних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сімейних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взаємин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організації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навчальної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діяльності та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саморегуляції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7D66BDD" w14:textId="77777777" w:rsidR="008E28BE" w:rsidRPr="006C229F" w:rsidRDefault="000D5B6E" w:rsidP="006C22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C229F">
        <w:rPr>
          <w:rFonts w:ascii="Times New Roman" w:hAnsi="Times New Roman" w:cs="Times New Roman"/>
          <w:b/>
          <w:sz w:val="24"/>
          <w:szCs w:val="24"/>
          <w:lang w:val="ru-RU"/>
        </w:rPr>
        <w:t>Психологічна</w:t>
      </w:r>
      <w:proofErr w:type="spellEnd"/>
      <w:r w:rsidRPr="006C229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b/>
          <w:sz w:val="24"/>
          <w:szCs w:val="24"/>
          <w:lang w:val="ru-RU"/>
        </w:rPr>
        <w:t>просвіта</w:t>
      </w:r>
      <w:proofErr w:type="spellEnd"/>
      <w:r w:rsidRPr="006C229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і </w:t>
      </w:r>
      <w:proofErr w:type="spellStart"/>
      <w:r w:rsidRPr="006C229F">
        <w:rPr>
          <w:rFonts w:ascii="Times New Roman" w:hAnsi="Times New Roman" w:cs="Times New Roman"/>
          <w:b/>
          <w:sz w:val="24"/>
          <w:szCs w:val="24"/>
          <w:lang w:val="ru-RU"/>
        </w:rPr>
        <w:t>профілактика</w:t>
      </w:r>
      <w:proofErr w:type="spellEnd"/>
      <w:r w:rsidRPr="006C229F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Поширення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перевіреної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інформації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про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ментальне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здоров’я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панічні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атаки,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способи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підтримки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людини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гострому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стані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можливості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звернення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професійну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допомогу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7F4F970" w14:textId="77777777" w:rsidR="008E28BE" w:rsidRPr="006C229F" w:rsidRDefault="000D5B6E" w:rsidP="006C22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C229F">
        <w:rPr>
          <w:rFonts w:ascii="Times New Roman" w:hAnsi="Times New Roman" w:cs="Times New Roman"/>
          <w:b/>
          <w:sz w:val="24"/>
          <w:szCs w:val="24"/>
          <w:lang w:val="ru-RU"/>
        </w:rPr>
        <w:t>Тренінгова</w:t>
      </w:r>
      <w:proofErr w:type="spellEnd"/>
      <w:r w:rsidRPr="006C229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та методична робота.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Проведення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занять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із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психоемоційної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підтримки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та участь у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програмах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спрямованих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розвиток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комунікації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соціального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підприємництва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>, дизайн-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мислення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і проєктування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ініціатив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для громад.</w:t>
      </w:r>
    </w:p>
    <w:p w14:paraId="0C123D25" w14:textId="77777777" w:rsidR="008E28BE" w:rsidRPr="006C229F" w:rsidRDefault="000D5B6E" w:rsidP="006C22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C229F">
        <w:rPr>
          <w:rFonts w:ascii="Times New Roman" w:hAnsi="Times New Roman" w:cs="Times New Roman"/>
          <w:b/>
          <w:sz w:val="24"/>
          <w:szCs w:val="24"/>
          <w:lang w:val="ru-RU"/>
        </w:rPr>
        <w:t>Ветеранський</w:t>
      </w:r>
      <w:proofErr w:type="spellEnd"/>
      <w:r w:rsidRPr="006C229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напрям.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Актуалізація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потреб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ветеранів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і ветеранок та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їхніх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родин,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психологічної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підтримки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соціальної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інтеграції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й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формування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життєстійкості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2C066DF" w14:textId="77777777" w:rsidR="008E28BE" w:rsidRPr="006C229F" w:rsidRDefault="000D5B6E" w:rsidP="006C22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229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Волонтерство і партнерства. </w:t>
      </w:r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Участь у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волонтерських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форумах,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професійних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конференціях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міжсекторальних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заходах,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що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посилюють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мережу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взаємодії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служби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A3735DB" w14:textId="77777777" w:rsidR="008E28BE" w:rsidRPr="006C229F" w:rsidRDefault="000D5B6E" w:rsidP="006C22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C229F">
        <w:rPr>
          <w:rFonts w:ascii="Times New Roman" w:hAnsi="Times New Roman" w:cs="Times New Roman"/>
          <w:b/>
          <w:sz w:val="24"/>
          <w:szCs w:val="24"/>
          <w:lang w:val="ru-RU"/>
        </w:rPr>
        <w:t>Інклюзивний</w:t>
      </w:r>
      <w:proofErr w:type="spellEnd"/>
      <w:r w:rsidRPr="006C229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b/>
          <w:sz w:val="24"/>
          <w:szCs w:val="24"/>
          <w:lang w:val="ru-RU"/>
        </w:rPr>
        <w:t>підхід</w:t>
      </w:r>
      <w:proofErr w:type="spellEnd"/>
      <w:r w:rsidRPr="006C229F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Урахування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потреб людей з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інвалідністю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інших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вразливих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груп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психологічній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освітній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соціальній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підтримці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319D8EA" w14:textId="77777777" w:rsidR="008E28BE" w:rsidRPr="006C229F" w:rsidRDefault="000D5B6E" w:rsidP="006C229F">
      <w:pPr>
        <w:pStyle w:val="1"/>
        <w:spacing w:before="0"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Реєстр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публічно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підтверджених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заходів</w:t>
      </w:r>
      <w:proofErr w:type="spellEnd"/>
    </w:p>
    <w:p w14:paraId="21A3785A" w14:textId="77777777" w:rsidR="008E28BE" w:rsidRPr="006C229F" w:rsidRDefault="000D5B6E" w:rsidP="006C22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У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таблиці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систематизовано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заходи,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знайдені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офіційному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сайті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ХДУ та у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відкритих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публікаціях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у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яких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прямо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зазначено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участь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соціально-психологічної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служби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або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її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керівниці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10"/>
        <w:gridCol w:w="1822"/>
        <w:gridCol w:w="4536"/>
        <w:gridCol w:w="2448"/>
      </w:tblGrid>
      <w:tr w:rsidR="008E28BE" w:rsidRPr="006C229F" w14:paraId="715BB5FE" w14:textId="77777777" w:rsidTr="006C229F">
        <w:trPr>
          <w:tblHeader/>
          <w:jc w:val="center"/>
        </w:trPr>
        <w:tc>
          <w:tcPr>
            <w:tcW w:w="1510" w:type="dxa"/>
            <w:shd w:val="clear" w:color="auto" w:fill="1F4E7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74CEB64" w14:textId="77777777" w:rsidR="008E28BE" w:rsidRPr="006C229F" w:rsidRDefault="000D5B6E" w:rsidP="006C229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229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1822" w:type="dxa"/>
            <w:shd w:val="clear" w:color="auto" w:fill="1F4E7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CEF14DF" w14:textId="77777777" w:rsidR="008E28BE" w:rsidRPr="006C229F" w:rsidRDefault="000D5B6E" w:rsidP="006C229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9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Напрям</w:t>
            </w:r>
          </w:p>
        </w:tc>
        <w:tc>
          <w:tcPr>
            <w:tcW w:w="4536" w:type="dxa"/>
            <w:shd w:val="clear" w:color="auto" w:fill="1F4E7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B009C07" w14:textId="77777777" w:rsidR="008E28BE" w:rsidRPr="006C229F" w:rsidRDefault="000D5B6E" w:rsidP="006C229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9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Захід і роль служби</w:t>
            </w:r>
          </w:p>
        </w:tc>
        <w:tc>
          <w:tcPr>
            <w:tcW w:w="2448" w:type="dxa"/>
            <w:shd w:val="clear" w:color="auto" w:fill="1F4E7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16EC3D5" w14:textId="77777777" w:rsidR="008E28BE" w:rsidRPr="006C229F" w:rsidRDefault="000D5B6E" w:rsidP="006C229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29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Результат</w:t>
            </w:r>
          </w:p>
        </w:tc>
      </w:tr>
      <w:tr w:rsidR="008E28BE" w:rsidRPr="00EE0053" w14:paraId="455E9CBD" w14:textId="77777777" w:rsidTr="006C229F">
        <w:trPr>
          <w:jc w:val="center"/>
        </w:trPr>
        <w:tc>
          <w:tcPr>
            <w:tcW w:w="151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661B587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29F">
              <w:rPr>
                <w:rFonts w:ascii="Times New Roman" w:hAnsi="Times New Roman" w:cs="Times New Roman"/>
                <w:sz w:val="24"/>
                <w:szCs w:val="24"/>
              </w:rPr>
              <w:t>08–10.08.2025</w:t>
            </w:r>
          </w:p>
        </w:tc>
        <w:tc>
          <w:tcPr>
            <w:tcW w:w="182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D7DD73B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29F">
              <w:rPr>
                <w:rFonts w:ascii="Times New Roman" w:hAnsi="Times New Roman" w:cs="Times New Roman"/>
                <w:sz w:val="24"/>
                <w:szCs w:val="24"/>
              </w:rPr>
              <w:t>Професійне навчання</w:t>
            </w:r>
          </w:p>
        </w:tc>
        <w:tc>
          <w:tcPr>
            <w:tcW w:w="45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FB6CE71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Участь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керівниці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служби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Дар’ї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Доманчук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триденному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тренінгу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«Дизайн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мислення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</w:rPr>
              <w:t>Проєкти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</w:rPr>
              <w:t>згуртованості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</w:rPr>
              <w:t>громад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44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31AC75A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Розвиток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компетентностей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проєктування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ініціатив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згуртованості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громад.</w:t>
            </w:r>
          </w:p>
        </w:tc>
      </w:tr>
      <w:tr w:rsidR="008E28BE" w:rsidRPr="00EE0053" w14:paraId="0F2562D4" w14:textId="77777777" w:rsidTr="006C229F">
        <w:trPr>
          <w:jc w:val="center"/>
        </w:trPr>
        <w:tc>
          <w:tcPr>
            <w:tcW w:w="1510" w:type="dxa"/>
            <w:shd w:val="clear" w:color="auto" w:fill="EAF1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9AFDEB8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29F">
              <w:rPr>
                <w:rFonts w:ascii="Times New Roman" w:hAnsi="Times New Roman" w:cs="Times New Roman"/>
                <w:sz w:val="24"/>
                <w:szCs w:val="24"/>
              </w:rPr>
              <w:t>20–22.08.2025</w:t>
            </w:r>
          </w:p>
        </w:tc>
        <w:tc>
          <w:tcPr>
            <w:tcW w:w="1822" w:type="dxa"/>
            <w:shd w:val="clear" w:color="auto" w:fill="EAF1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B000D70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29F">
              <w:rPr>
                <w:rFonts w:ascii="Times New Roman" w:hAnsi="Times New Roman" w:cs="Times New Roman"/>
                <w:sz w:val="24"/>
                <w:szCs w:val="24"/>
              </w:rPr>
              <w:t>Професійне навчання</w:t>
            </w:r>
          </w:p>
        </w:tc>
        <w:tc>
          <w:tcPr>
            <w:tcW w:w="4536" w:type="dxa"/>
            <w:shd w:val="clear" w:color="auto" w:fill="EAF1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C105E4C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Участь у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Всеукраїнському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семінарі-тренінгу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формування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молоді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культури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підприємництва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зокрема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соціального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48" w:type="dxa"/>
            <w:shd w:val="clear" w:color="auto" w:fill="EAF1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AFE76ED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Організатори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Міністерство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молоді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спорту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ПРООН в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Україні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ЄС у межах </w:t>
            </w:r>
            <w:r w:rsidRPr="006C229F">
              <w:rPr>
                <w:rFonts w:ascii="Times New Roman" w:hAnsi="Times New Roman" w:cs="Times New Roman"/>
                <w:sz w:val="24"/>
                <w:szCs w:val="24"/>
              </w:rPr>
              <w:t>EU</w:t>
            </w:r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6C229F">
              <w:rPr>
                <w:rFonts w:ascii="Times New Roman" w:hAnsi="Times New Roman" w:cs="Times New Roman"/>
                <w:sz w:val="24"/>
                <w:szCs w:val="24"/>
              </w:rPr>
              <w:t>Recovery</w:t>
            </w:r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8E28BE" w:rsidRPr="00EE0053" w14:paraId="2F4A56A3" w14:textId="77777777" w:rsidTr="006C229F">
        <w:trPr>
          <w:jc w:val="center"/>
        </w:trPr>
        <w:tc>
          <w:tcPr>
            <w:tcW w:w="151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84D14BE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2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27.08.2025</w:t>
            </w:r>
          </w:p>
        </w:tc>
        <w:tc>
          <w:tcPr>
            <w:tcW w:w="182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0217991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29F">
              <w:rPr>
                <w:rFonts w:ascii="Times New Roman" w:hAnsi="Times New Roman" w:cs="Times New Roman"/>
                <w:sz w:val="24"/>
                <w:szCs w:val="24"/>
              </w:rPr>
              <w:t>Експертна участь</w:t>
            </w:r>
          </w:p>
        </w:tc>
        <w:tc>
          <w:tcPr>
            <w:tcW w:w="45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F418087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Виступ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керівниці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СПС ХДУ на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форумі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«Сила на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місцях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про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організацію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забезпечення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соціальних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послуг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умовах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воєнного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стану.</w:t>
            </w:r>
          </w:p>
        </w:tc>
        <w:tc>
          <w:tcPr>
            <w:tcW w:w="244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EEC6E24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виступі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акцентовано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системну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підтримку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ветеранів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їхніх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родин,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психологічну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допомогу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соціальну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інтеграцію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життєстійкість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8E28BE" w:rsidRPr="00EE0053" w14:paraId="0A672277" w14:textId="77777777" w:rsidTr="006C229F">
        <w:trPr>
          <w:jc w:val="center"/>
        </w:trPr>
        <w:tc>
          <w:tcPr>
            <w:tcW w:w="1510" w:type="dxa"/>
            <w:shd w:val="clear" w:color="auto" w:fill="EAF1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1EA72D8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</w:rPr>
              <w:t>вересень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</w:p>
        </w:tc>
        <w:tc>
          <w:tcPr>
            <w:tcW w:w="1822" w:type="dxa"/>
            <w:shd w:val="clear" w:color="auto" w:fill="EAF1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A44BB30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29F">
              <w:rPr>
                <w:rFonts w:ascii="Times New Roman" w:hAnsi="Times New Roman" w:cs="Times New Roman"/>
                <w:sz w:val="24"/>
                <w:szCs w:val="24"/>
              </w:rPr>
              <w:t>Професійне навчання</w:t>
            </w:r>
          </w:p>
        </w:tc>
        <w:tc>
          <w:tcPr>
            <w:tcW w:w="4536" w:type="dxa"/>
            <w:shd w:val="clear" w:color="auto" w:fill="EAF1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9CDD770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Участь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керівниці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СПС у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тренінгу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тренерів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комунікації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межах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«МІСТ» та «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</w:rPr>
              <w:t>SetUp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</w:t>
            </w:r>
          </w:p>
        </w:tc>
        <w:tc>
          <w:tcPr>
            <w:tcW w:w="2448" w:type="dxa"/>
            <w:shd w:val="clear" w:color="auto" w:fill="EAF1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8CEA39A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Посилення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навичок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ефективної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комунікації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молодіжною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аудиторією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8E28BE" w:rsidRPr="00EE0053" w14:paraId="031884FE" w14:textId="77777777" w:rsidTr="006C229F">
        <w:trPr>
          <w:jc w:val="center"/>
        </w:trPr>
        <w:tc>
          <w:tcPr>
            <w:tcW w:w="151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1A1E8B4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29F">
              <w:rPr>
                <w:rFonts w:ascii="Times New Roman" w:hAnsi="Times New Roman" w:cs="Times New Roman"/>
                <w:sz w:val="24"/>
                <w:szCs w:val="24"/>
              </w:rPr>
              <w:t>26.09.2025</w:t>
            </w:r>
          </w:p>
        </w:tc>
        <w:tc>
          <w:tcPr>
            <w:tcW w:w="182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B690115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29F">
              <w:rPr>
                <w:rFonts w:ascii="Times New Roman" w:hAnsi="Times New Roman" w:cs="Times New Roman"/>
                <w:sz w:val="24"/>
                <w:szCs w:val="24"/>
              </w:rPr>
              <w:t>Волонтерство і партнерство</w:t>
            </w:r>
          </w:p>
        </w:tc>
        <w:tc>
          <w:tcPr>
            <w:tcW w:w="45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65B453D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Участь у </w:t>
            </w:r>
            <w:r w:rsidRPr="006C229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Київському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форумі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волонтерів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Центрі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культури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Святошин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</w:t>
            </w:r>
          </w:p>
        </w:tc>
        <w:tc>
          <w:tcPr>
            <w:tcW w:w="244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67C215C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Обмін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практиками волонтерської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взаємодії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розширення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партнерських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контактів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8E28BE" w:rsidRPr="00EE0053" w14:paraId="0E6D6186" w14:textId="77777777" w:rsidTr="006C229F">
        <w:trPr>
          <w:jc w:val="center"/>
        </w:trPr>
        <w:tc>
          <w:tcPr>
            <w:tcW w:w="1510" w:type="dxa"/>
            <w:shd w:val="clear" w:color="auto" w:fill="EAF1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EB2AB16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29F">
              <w:rPr>
                <w:rFonts w:ascii="Times New Roman" w:hAnsi="Times New Roman" w:cs="Times New Roman"/>
                <w:sz w:val="24"/>
                <w:szCs w:val="24"/>
              </w:rPr>
              <w:t>06.10.2025</w:t>
            </w:r>
          </w:p>
        </w:tc>
        <w:tc>
          <w:tcPr>
            <w:tcW w:w="1822" w:type="dxa"/>
            <w:shd w:val="clear" w:color="auto" w:fill="EAF1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75A4849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29F">
              <w:rPr>
                <w:rFonts w:ascii="Times New Roman" w:hAnsi="Times New Roman" w:cs="Times New Roman"/>
                <w:sz w:val="24"/>
                <w:szCs w:val="24"/>
              </w:rPr>
              <w:t>Тренінгова робота</w:t>
            </w:r>
          </w:p>
        </w:tc>
        <w:tc>
          <w:tcPr>
            <w:tcW w:w="4536" w:type="dxa"/>
            <w:shd w:val="clear" w:color="auto" w:fill="EAF1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D93C21B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29F">
              <w:rPr>
                <w:rFonts w:ascii="Times New Roman" w:hAnsi="Times New Roman" w:cs="Times New Roman"/>
                <w:sz w:val="24"/>
                <w:szCs w:val="24"/>
              </w:rPr>
              <w:t>Проведення тренінгу з психоемоційної підтримки для вихователів київського закладу дошкільної освіти № 243.</w:t>
            </w:r>
          </w:p>
        </w:tc>
        <w:tc>
          <w:tcPr>
            <w:tcW w:w="2448" w:type="dxa"/>
            <w:shd w:val="clear" w:color="auto" w:fill="EAF1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88A5862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Практичне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підсилення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ресурсності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педагогів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навичок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підтримки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дітей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стресових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умовах.</w:t>
            </w:r>
          </w:p>
        </w:tc>
      </w:tr>
      <w:tr w:rsidR="008E28BE" w:rsidRPr="00EE0053" w14:paraId="556E7079" w14:textId="77777777" w:rsidTr="006C229F">
        <w:trPr>
          <w:jc w:val="center"/>
        </w:trPr>
        <w:tc>
          <w:tcPr>
            <w:tcW w:w="151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54314D2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29F">
              <w:rPr>
                <w:rFonts w:ascii="Times New Roman" w:hAnsi="Times New Roman" w:cs="Times New Roman"/>
                <w:sz w:val="24"/>
                <w:szCs w:val="24"/>
              </w:rPr>
              <w:t>10.10.2025</w:t>
            </w:r>
          </w:p>
        </w:tc>
        <w:tc>
          <w:tcPr>
            <w:tcW w:w="182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982662C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29F">
              <w:rPr>
                <w:rFonts w:ascii="Times New Roman" w:hAnsi="Times New Roman" w:cs="Times New Roman"/>
                <w:sz w:val="24"/>
                <w:szCs w:val="24"/>
              </w:rPr>
              <w:t>Просвітницька робота</w:t>
            </w:r>
          </w:p>
        </w:tc>
        <w:tc>
          <w:tcPr>
            <w:tcW w:w="45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A96946E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Інформаційно-просвітницький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матеріал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Всесвітнього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дня ментального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здоров’я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Вистоїмо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разом».</w:t>
            </w:r>
          </w:p>
        </w:tc>
        <w:tc>
          <w:tcPr>
            <w:tcW w:w="244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DC90FC2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Привернення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уваги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університетської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спільноти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психічного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здоров’я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своєчасного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звернення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допомогу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8E28BE" w:rsidRPr="00EE0053" w14:paraId="20118892" w14:textId="77777777" w:rsidTr="006C229F">
        <w:trPr>
          <w:jc w:val="center"/>
        </w:trPr>
        <w:tc>
          <w:tcPr>
            <w:tcW w:w="1510" w:type="dxa"/>
            <w:shd w:val="clear" w:color="auto" w:fill="EAF1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8DDBA7C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29F">
              <w:rPr>
                <w:rFonts w:ascii="Times New Roman" w:hAnsi="Times New Roman" w:cs="Times New Roman"/>
                <w:sz w:val="24"/>
                <w:szCs w:val="24"/>
              </w:rPr>
              <w:t>15.10.2025</w:t>
            </w:r>
          </w:p>
        </w:tc>
        <w:tc>
          <w:tcPr>
            <w:tcW w:w="1822" w:type="dxa"/>
            <w:shd w:val="clear" w:color="auto" w:fill="EAF1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D47E96F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29F">
              <w:rPr>
                <w:rFonts w:ascii="Times New Roman" w:hAnsi="Times New Roman" w:cs="Times New Roman"/>
                <w:sz w:val="24"/>
                <w:szCs w:val="24"/>
              </w:rPr>
              <w:t>Методична підтримка</w:t>
            </w:r>
          </w:p>
        </w:tc>
        <w:tc>
          <w:tcPr>
            <w:tcW w:w="4536" w:type="dxa"/>
            <w:shd w:val="clear" w:color="auto" w:fill="EAF1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AD31E9F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Підготовлено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рекомендації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Панічна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атака в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освітньому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закладі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як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діяти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вчителю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викладачу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?».</w:t>
            </w:r>
          </w:p>
        </w:tc>
        <w:tc>
          <w:tcPr>
            <w:tcW w:w="2448" w:type="dxa"/>
            <w:shd w:val="clear" w:color="auto" w:fill="EAF1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04A5E53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Алгоритм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розпізнавання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стану та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першої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психологічної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підтримки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освітньому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середовищі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8E28BE" w:rsidRPr="00EE0053" w14:paraId="3B68E477" w14:textId="77777777" w:rsidTr="006C229F">
        <w:trPr>
          <w:jc w:val="center"/>
        </w:trPr>
        <w:tc>
          <w:tcPr>
            <w:tcW w:w="151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BB10A86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2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28.04.2026</w:t>
            </w:r>
          </w:p>
        </w:tc>
        <w:tc>
          <w:tcPr>
            <w:tcW w:w="1822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1EDAD71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29F">
              <w:rPr>
                <w:rFonts w:ascii="Times New Roman" w:hAnsi="Times New Roman" w:cs="Times New Roman"/>
                <w:sz w:val="24"/>
                <w:szCs w:val="24"/>
              </w:rPr>
              <w:t>Міжнародна професійна участь</w:t>
            </w:r>
          </w:p>
        </w:tc>
        <w:tc>
          <w:tcPr>
            <w:tcW w:w="453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6239E13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Керівниця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СПС ХДУ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долучилася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r w:rsidRPr="006C229F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щорічної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міжнародної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конференції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48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F73E019" w14:textId="77777777" w:rsidR="008E28BE" w:rsidRPr="006C229F" w:rsidRDefault="000D5B6E" w:rsidP="006C229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Професійний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обмін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представлення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служби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фаховому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середовищі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подію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зафіксовано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відкритому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дописі</w:t>
            </w:r>
            <w:proofErr w:type="spellEnd"/>
            <w:r w:rsidRPr="006C22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</w:tbl>
    <w:p w14:paraId="42118AB6" w14:textId="77777777" w:rsidR="008E28BE" w:rsidRPr="006C229F" w:rsidRDefault="000D5B6E" w:rsidP="006C229F">
      <w:pPr>
        <w:pStyle w:val="1"/>
        <w:spacing w:before="0" w:after="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Змістовні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результати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напрямами</w:t>
      </w:r>
      <w:proofErr w:type="spellEnd"/>
    </w:p>
    <w:p w14:paraId="36034E05" w14:textId="77777777" w:rsidR="008E28BE" w:rsidRPr="006C229F" w:rsidRDefault="000D5B6E" w:rsidP="006C229F">
      <w:pPr>
        <w:pStyle w:val="21"/>
        <w:spacing w:before="0" w:after="0" w:line="276" w:lineRule="auto"/>
        <w:jc w:val="both"/>
        <w:rPr>
          <w:rFonts w:ascii="Times New Roman" w:hAnsi="Times New Roman" w:cs="Times New Roman"/>
          <w:szCs w:val="24"/>
          <w:lang w:val="ru-RU"/>
        </w:rPr>
      </w:pPr>
      <w:proofErr w:type="spellStart"/>
      <w:r w:rsidRPr="006C229F">
        <w:rPr>
          <w:rFonts w:ascii="Times New Roman" w:hAnsi="Times New Roman" w:cs="Times New Roman"/>
          <w:szCs w:val="24"/>
          <w:lang w:val="ru-RU"/>
        </w:rPr>
        <w:t>Психоемоційна</w:t>
      </w:r>
      <w:proofErr w:type="spellEnd"/>
      <w:r w:rsidRPr="006C229F">
        <w:rPr>
          <w:rFonts w:ascii="Times New Roman" w:hAnsi="Times New Roman" w:cs="Times New Roman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Cs w:val="24"/>
          <w:lang w:val="ru-RU"/>
        </w:rPr>
        <w:t>підтримка</w:t>
      </w:r>
      <w:proofErr w:type="spellEnd"/>
      <w:r w:rsidRPr="006C229F">
        <w:rPr>
          <w:rFonts w:ascii="Times New Roman" w:hAnsi="Times New Roman" w:cs="Times New Roman"/>
          <w:szCs w:val="24"/>
          <w:lang w:val="ru-RU"/>
        </w:rPr>
        <w:t xml:space="preserve"> та </w:t>
      </w:r>
      <w:proofErr w:type="spellStart"/>
      <w:r w:rsidRPr="006C229F">
        <w:rPr>
          <w:rFonts w:ascii="Times New Roman" w:hAnsi="Times New Roman" w:cs="Times New Roman"/>
          <w:szCs w:val="24"/>
          <w:lang w:val="ru-RU"/>
        </w:rPr>
        <w:t>ментальне</w:t>
      </w:r>
      <w:proofErr w:type="spellEnd"/>
      <w:r w:rsidRPr="006C229F">
        <w:rPr>
          <w:rFonts w:ascii="Times New Roman" w:hAnsi="Times New Roman" w:cs="Times New Roman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Cs w:val="24"/>
          <w:lang w:val="ru-RU"/>
        </w:rPr>
        <w:t>здоров’я</w:t>
      </w:r>
      <w:proofErr w:type="spellEnd"/>
    </w:p>
    <w:p w14:paraId="37D4F0DB" w14:textId="77777777" w:rsidR="008E28BE" w:rsidRPr="006C229F" w:rsidRDefault="000D5B6E" w:rsidP="006C22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Практичним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результатом року стало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поєднання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безпосередньої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тренінгової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роботи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інформаційною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підтримкою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Тренінг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вихователів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закладу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дошкільної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освіти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був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спрямований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збереження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ресурсу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педагогів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підтримку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дітей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стресових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обставинах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Матеріали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Всесвітнього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дня ментального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здоров’я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рекомендації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панічної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атаки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посилили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профілактичний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складник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роботи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служби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F28CFA1" w14:textId="77777777" w:rsidR="008E28BE" w:rsidRPr="006C229F" w:rsidRDefault="000D5B6E" w:rsidP="006C229F">
      <w:pPr>
        <w:pStyle w:val="21"/>
        <w:spacing w:before="0" w:after="0" w:line="276" w:lineRule="auto"/>
        <w:jc w:val="both"/>
        <w:rPr>
          <w:rFonts w:ascii="Times New Roman" w:hAnsi="Times New Roman" w:cs="Times New Roman"/>
          <w:szCs w:val="24"/>
          <w:lang w:val="ru-RU"/>
        </w:rPr>
      </w:pPr>
      <w:proofErr w:type="spellStart"/>
      <w:r w:rsidRPr="006C229F">
        <w:rPr>
          <w:rFonts w:ascii="Times New Roman" w:hAnsi="Times New Roman" w:cs="Times New Roman"/>
          <w:szCs w:val="24"/>
          <w:lang w:val="ru-RU"/>
        </w:rPr>
        <w:t>Професійний</w:t>
      </w:r>
      <w:proofErr w:type="spellEnd"/>
      <w:r w:rsidRPr="006C229F">
        <w:rPr>
          <w:rFonts w:ascii="Times New Roman" w:hAnsi="Times New Roman" w:cs="Times New Roman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Cs w:val="24"/>
          <w:lang w:val="ru-RU"/>
        </w:rPr>
        <w:t>розвиток</w:t>
      </w:r>
      <w:proofErr w:type="spellEnd"/>
      <w:r w:rsidRPr="006C229F">
        <w:rPr>
          <w:rFonts w:ascii="Times New Roman" w:hAnsi="Times New Roman" w:cs="Times New Roman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Cs w:val="24"/>
          <w:lang w:val="ru-RU"/>
        </w:rPr>
        <w:t>фахівців</w:t>
      </w:r>
      <w:proofErr w:type="spellEnd"/>
      <w:r w:rsidRPr="006C229F">
        <w:rPr>
          <w:rFonts w:ascii="Times New Roman" w:hAnsi="Times New Roman" w:cs="Times New Roman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Cs w:val="24"/>
          <w:lang w:val="ru-RU"/>
        </w:rPr>
        <w:t>служби</w:t>
      </w:r>
      <w:proofErr w:type="spellEnd"/>
    </w:p>
    <w:p w14:paraId="5BB25E08" w14:textId="77777777" w:rsidR="008E28BE" w:rsidRPr="006C229F" w:rsidRDefault="000D5B6E" w:rsidP="006C22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Участь у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тренінгах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із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дизайн-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мислення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комунікації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соціального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підприємництва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розширила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інструментарій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планування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групових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програм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фасилітації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розроблення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соціальних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ініціатив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взаємодії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молоддю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та громадами.</w:t>
      </w:r>
    </w:p>
    <w:p w14:paraId="64CE2D33" w14:textId="77777777" w:rsidR="008E28BE" w:rsidRPr="006C229F" w:rsidRDefault="000D5B6E" w:rsidP="006C229F">
      <w:pPr>
        <w:pStyle w:val="21"/>
        <w:spacing w:before="0" w:after="0" w:line="276" w:lineRule="auto"/>
        <w:jc w:val="both"/>
        <w:rPr>
          <w:rFonts w:ascii="Times New Roman" w:hAnsi="Times New Roman" w:cs="Times New Roman"/>
          <w:szCs w:val="24"/>
          <w:lang w:val="ru-RU"/>
        </w:rPr>
      </w:pPr>
      <w:proofErr w:type="spellStart"/>
      <w:r w:rsidRPr="006C229F">
        <w:rPr>
          <w:rFonts w:ascii="Times New Roman" w:hAnsi="Times New Roman" w:cs="Times New Roman"/>
          <w:szCs w:val="24"/>
          <w:lang w:val="ru-RU"/>
        </w:rPr>
        <w:t>Ветеранська</w:t>
      </w:r>
      <w:proofErr w:type="spellEnd"/>
      <w:r w:rsidRPr="006C229F">
        <w:rPr>
          <w:rFonts w:ascii="Times New Roman" w:hAnsi="Times New Roman" w:cs="Times New Roman"/>
          <w:szCs w:val="24"/>
          <w:lang w:val="ru-RU"/>
        </w:rPr>
        <w:t xml:space="preserve"> та </w:t>
      </w:r>
      <w:proofErr w:type="spellStart"/>
      <w:r w:rsidRPr="006C229F">
        <w:rPr>
          <w:rFonts w:ascii="Times New Roman" w:hAnsi="Times New Roman" w:cs="Times New Roman"/>
          <w:szCs w:val="24"/>
          <w:lang w:val="ru-RU"/>
        </w:rPr>
        <w:t>соціальна</w:t>
      </w:r>
      <w:proofErr w:type="spellEnd"/>
      <w:r w:rsidRPr="006C229F">
        <w:rPr>
          <w:rFonts w:ascii="Times New Roman" w:hAnsi="Times New Roman" w:cs="Times New Roman"/>
          <w:szCs w:val="24"/>
          <w:lang w:val="ru-RU"/>
        </w:rPr>
        <w:t xml:space="preserve"> проблематика</w:t>
      </w:r>
    </w:p>
    <w:p w14:paraId="54A8E4A1" w14:textId="77777777" w:rsidR="008E28BE" w:rsidRPr="006C229F" w:rsidRDefault="000D5B6E" w:rsidP="006C22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форумі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«Сила на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місцях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» представлено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позицію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необхідності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системної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підтримки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ветеранів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їхніх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родин. Цей напрям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поєднує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психологічну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допомогу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соціальну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інтеграцію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розвиток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життєстійкості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міжвідомчу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взаємодію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E57CBED" w14:textId="77777777" w:rsidR="008E28BE" w:rsidRPr="006C229F" w:rsidRDefault="000D5B6E" w:rsidP="006C229F">
      <w:pPr>
        <w:pStyle w:val="21"/>
        <w:spacing w:before="0" w:after="0" w:line="276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6C229F">
        <w:rPr>
          <w:rFonts w:ascii="Times New Roman" w:hAnsi="Times New Roman" w:cs="Times New Roman"/>
          <w:szCs w:val="24"/>
          <w:lang w:val="ru-RU"/>
        </w:rPr>
        <w:t xml:space="preserve">Волонтерство та </w:t>
      </w:r>
      <w:proofErr w:type="spellStart"/>
      <w:r w:rsidRPr="006C229F">
        <w:rPr>
          <w:rFonts w:ascii="Times New Roman" w:hAnsi="Times New Roman" w:cs="Times New Roman"/>
          <w:szCs w:val="24"/>
          <w:lang w:val="ru-RU"/>
        </w:rPr>
        <w:t>зовнішні</w:t>
      </w:r>
      <w:proofErr w:type="spellEnd"/>
      <w:r w:rsidRPr="006C229F">
        <w:rPr>
          <w:rFonts w:ascii="Times New Roman" w:hAnsi="Times New Roman" w:cs="Times New Roman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Cs w:val="24"/>
          <w:lang w:val="ru-RU"/>
        </w:rPr>
        <w:t>зв’язки</w:t>
      </w:r>
      <w:proofErr w:type="spellEnd"/>
    </w:p>
    <w:p w14:paraId="39374254" w14:textId="77777777" w:rsidR="006C229F" w:rsidRDefault="000D5B6E" w:rsidP="006C22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Участь у </w:t>
      </w:r>
      <w:r w:rsidRPr="006C229F">
        <w:rPr>
          <w:rFonts w:ascii="Times New Roman" w:hAnsi="Times New Roman" w:cs="Times New Roman"/>
          <w:sz w:val="24"/>
          <w:szCs w:val="24"/>
        </w:rPr>
        <w:t>V</w:t>
      </w:r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Київському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форумі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волонтерів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міжнародній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конференції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сприяла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професійному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обміну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налагодженню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контактів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представленню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досвіду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соціально-психологічної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служби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ХДУ на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зовнішніх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майданчиках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7F85454" w14:textId="77777777" w:rsidR="008E28BE" w:rsidRPr="006C229F" w:rsidRDefault="000D5B6E" w:rsidP="006C229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6C229F">
        <w:rPr>
          <w:rFonts w:ascii="Times New Roman" w:hAnsi="Times New Roman" w:cs="Times New Roman"/>
          <w:b/>
          <w:bCs/>
          <w:sz w:val="24"/>
          <w:szCs w:val="24"/>
          <w:lang w:val="ru-RU"/>
        </w:rPr>
        <w:t>Організаційна</w:t>
      </w:r>
      <w:proofErr w:type="spellEnd"/>
      <w:r w:rsidRPr="006C229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6C229F">
        <w:rPr>
          <w:rFonts w:ascii="Times New Roman" w:hAnsi="Times New Roman" w:cs="Times New Roman"/>
          <w:b/>
          <w:bCs/>
          <w:sz w:val="24"/>
          <w:szCs w:val="24"/>
          <w:lang w:val="ru-RU"/>
        </w:rPr>
        <w:t>супровідна</w:t>
      </w:r>
      <w:proofErr w:type="spellEnd"/>
      <w:r w:rsidRPr="006C229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робота</w:t>
      </w:r>
    </w:p>
    <w:p w14:paraId="2CC7DCC1" w14:textId="77777777" w:rsidR="008E28BE" w:rsidRPr="006C229F" w:rsidRDefault="000D5B6E" w:rsidP="006C22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Відповідно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функцій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служби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упродовж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навчального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року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забезпечувався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психологічний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супровід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освітнього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процесу,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комунікація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можливостей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отримання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допомоги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методична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підтримка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учасників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освітнього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процесу та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взаємодія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із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зовнішніми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партнерами. Служба також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виконує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функції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бази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практичної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підготовки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здобувачів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відповідних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спеціальностей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підтримує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інклюзивний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компонент діяльності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університету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A6CA179" w14:textId="77777777" w:rsidR="008E28BE" w:rsidRPr="006C229F" w:rsidRDefault="000D5B6E" w:rsidP="006C229F">
      <w:pPr>
        <w:pStyle w:val="1"/>
        <w:spacing w:before="0"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Підсумки</w:t>
      </w:r>
      <w:proofErr w:type="spellEnd"/>
    </w:p>
    <w:p w14:paraId="047B4BC5" w14:textId="77777777" w:rsidR="008E28BE" w:rsidRPr="006C229F" w:rsidRDefault="000D5B6E" w:rsidP="006C22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Робота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соціально-психологічної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служби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ХДУ у 2025–2026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навчальному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році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мала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практичну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просвітницьку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партнерську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спрямованість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Публічно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підтверджені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активності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демонструють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послідовну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увагу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до ментального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здоров’я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психоемоційної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стійкості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освітян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підтримки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ветеранів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їхніх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родин, розвитку волонтерства та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підвищення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професійної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компетентності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фахівців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9166982" w14:textId="77777777" w:rsidR="008E28BE" w:rsidRDefault="000D5B6E" w:rsidP="006C22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lastRenderedPageBreak/>
        <w:t>Пріоритетами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подальшої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роботи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доцільно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визначити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системне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інформування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про послуги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служби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регулярні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профілактичні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програми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студентів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працівників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розвиток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ветеранського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інклюзивного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напрямів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партнерські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проєкти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й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узагальнення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кількісних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показників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консультаційної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діагностичної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тренінгової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C229F">
        <w:rPr>
          <w:rFonts w:ascii="Times New Roman" w:hAnsi="Times New Roman" w:cs="Times New Roman"/>
          <w:sz w:val="24"/>
          <w:szCs w:val="24"/>
          <w:lang w:val="ru-RU"/>
        </w:rPr>
        <w:t>роботи</w:t>
      </w:r>
      <w:proofErr w:type="spellEnd"/>
      <w:r w:rsidRPr="006C229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BDA68C2" w14:textId="77777777" w:rsidR="006C229F" w:rsidRDefault="006C229F" w:rsidP="006C22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4F1ADB9" w14:textId="77777777" w:rsidR="006C229F" w:rsidRDefault="006C229F" w:rsidP="006C22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6A2647B" w14:textId="77777777" w:rsidR="006C229F" w:rsidRDefault="006C229F" w:rsidP="006C22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EF58718" w14:textId="7C1B2F1C" w:rsidR="006C229F" w:rsidRDefault="006C229F" w:rsidP="006C22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C8B135B" w14:textId="16C9EF7D" w:rsidR="004375FA" w:rsidRDefault="00EE0053" w:rsidP="006C22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  <w:lang w:val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D9535F6" wp14:editId="599B780C">
                <wp:simplePos x="0" y="0"/>
                <wp:positionH relativeFrom="column">
                  <wp:posOffset>3187700</wp:posOffset>
                </wp:positionH>
                <wp:positionV relativeFrom="paragraph">
                  <wp:posOffset>27024</wp:posOffset>
                </wp:positionV>
                <wp:extent cx="466725" cy="389890"/>
                <wp:effectExtent l="0" t="0" r="3175" b="3810"/>
                <wp:wrapNone/>
                <wp:docPr id="396862968" name="Graphic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725" cy="389890"/>
                          <a:chOff x="188" y="110"/>
                          <a:chExt cx="466816" cy="390417"/>
                        </a:xfrm>
                        <a:solidFill>
                          <a:srgbClr val="262262"/>
                        </a:solidFill>
                      </wpg:grpSpPr>
                      <wps:wsp>
                        <wps:cNvPr id="528493382" name="Полилиния 528493382"/>
                        <wps:cNvSpPr/>
                        <wps:spPr>
                          <a:xfrm>
                            <a:off x="188" y="110"/>
                            <a:ext cx="466816" cy="390417"/>
                          </a:xfrm>
                          <a:custGeom>
                            <a:avLst/>
                            <a:gdLst>
                              <a:gd name="connsiteX0" fmla="*/ 136944 w 466816"/>
                              <a:gd name="connsiteY0" fmla="*/ 203588 h 390417"/>
                              <a:gd name="connsiteX1" fmla="*/ 136718 w 466816"/>
                              <a:gd name="connsiteY1" fmla="*/ 202424 h 390417"/>
                              <a:gd name="connsiteX2" fmla="*/ 139603 w 466816"/>
                              <a:gd name="connsiteY2" fmla="*/ 198570 h 390417"/>
                              <a:gd name="connsiteX3" fmla="*/ 141413 w 466816"/>
                              <a:gd name="connsiteY3" fmla="*/ 195806 h 390417"/>
                              <a:gd name="connsiteX4" fmla="*/ 145373 w 466816"/>
                              <a:gd name="connsiteY4" fmla="*/ 191079 h 390417"/>
                              <a:gd name="connsiteX5" fmla="*/ 150861 w 466816"/>
                              <a:gd name="connsiteY5" fmla="*/ 183298 h 390417"/>
                              <a:gd name="connsiteX6" fmla="*/ 153067 w 466816"/>
                              <a:gd name="connsiteY6" fmla="*/ 180752 h 390417"/>
                              <a:gd name="connsiteX7" fmla="*/ 154368 w 466816"/>
                              <a:gd name="connsiteY7" fmla="*/ 178134 h 390417"/>
                              <a:gd name="connsiteX8" fmla="*/ 158102 w 466816"/>
                              <a:gd name="connsiteY8" fmla="*/ 172753 h 390417"/>
                              <a:gd name="connsiteX9" fmla="*/ 159686 w 466816"/>
                              <a:gd name="connsiteY9" fmla="*/ 169844 h 390417"/>
                              <a:gd name="connsiteX10" fmla="*/ 158951 w 466816"/>
                              <a:gd name="connsiteY10" fmla="*/ 166789 h 390417"/>
                              <a:gd name="connsiteX11" fmla="*/ 153803 w 466816"/>
                              <a:gd name="connsiteY11" fmla="*/ 169335 h 390417"/>
                              <a:gd name="connsiteX12" fmla="*/ 151144 w 466816"/>
                              <a:gd name="connsiteY12" fmla="*/ 171226 h 390417"/>
                              <a:gd name="connsiteX13" fmla="*/ 145882 w 466816"/>
                              <a:gd name="connsiteY13" fmla="*/ 175589 h 390417"/>
                              <a:gd name="connsiteX14" fmla="*/ 142092 w 466816"/>
                              <a:gd name="connsiteY14" fmla="*/ 177698 h 390417"/>
                              <a:gd name="connsiteX15" fmla="*/ 141074 w 466816"/>
                              <a:gd name="connsiteY15" fmla="*/ 178280 h 390417"/>
                              <a:gd name="connsiteX16" fmla="*/ 137623 w 466816"/>
                              <a:gd name="connsiteY16" fmla="*/ 181407 h 390417"/>
                              <a:gd name="connsiteX17" fmla="*/ 132814 w 466816"/>
                              <a:gd name="connsiteY17" fmla="*/ 183589 h 390417"/>
                              <a:gd name="connsiteX18" fmla="*/ 124272 w 466816"/>
                              <a:gd name="connsiteY18" fmla="*/ 185552 h 390417"/>
                              <a:gd name="connsiteX19" fmla="*/ 121499 w 466816"/>
                              <a:gd name="connsiteY19" fmla="*/ 183952 h 390417"/>
                              <a:gd name="connsiteX20" fmla="*/ 119293 w 466816"/>
                              <a:gd name="connsiteY20" fmla="*/ 183298 h 390417"/>
                              <a:gd name="connsiteX21" fmla="*/ 118954 w 466816"/>
                              <a:gd name="connsiteY21" fmla="*/ 181916 h 390417"/>
                              <a:gd name="connsiteX22" fmla="*/ 112335 w 466816"/>
                              <a:gd name="connsiteY22" fmla="*/ 174207 h 390417"/>
                              <a:gd name="connsiteX23" fmla="*/ 108035 w 466816"/>
                              <a:gd name="connsiteY23" fmla="*/ 163662 h 390417"/>
                              <a:gd name="connsiteX24" fmla="*/ 105263 w 466816"/>
                              <a:gd name="connsiteY24" fmla="*/ 161117 h 390417"/>
                              <a:gd name="connsiteX25" fmla="*/ 105829 w 466816"/>
                              <a:gd name="connsiteY25" fmla="*/ 160099 h 390417"/>
                              <a:gd name="connsiteX26" fmla="*/ 104584 w 466816"/>
                              <a:gd name="connsiteY26" fmla="*/ 157481 h 390417"/>
                              <a:gd name="connsiteX27" fmla="*/ 100964 w 466816"/>
                              <a:gd name="connsiteY27" fmla="*/ 148027 h 390417"/>
                              <a:gd name="connsiteX28" fmla="*/ 99776 w 466816"/>
                              <a:gd name="connsiteY28" fmla="*/ 147445 h 390417"/>
                              <a:gd name="connsiteX29" fmla="*/ 98418 w 466816"/>
                              <a:gd name="connsiteY29" fmla="*/ 141336 h 390417"/>
                              <a:gd name="connsiteX30" fmla="*/ 97852 w 466816"/>
                              <a:gd name="connsiteY30" fmla="*/ 136755 h 390417"/>
                              <a:gd name="connsiteX31" fmla="*/ 93213 w 466816"/>
                              <a:gd name="connsiteY31" fmla="*/ 128319 h 390417"/>
                              <a:gd name="connsiteX32" fmla="*/ 87952 w 466816"/>
                              <a:gd name="connsiteY32" fmla="*/ 127373 h 390417"/>
                              <a:gd name="connsiteX33" fmla="*/ 86820 w 466816"/>
                              <a:gd name="connsiteY33" fmla="*/ 128901 h 390417"/>
                              <a:gd name="connsiteX34" fmla="*/ 84444 w 466816"/>
                              <a:gd name="connsiteY34" fmla="*/ 143663 h 390417"/>
                              <a:gd name="connsiteX35" fmla="*/ 81276 w 466816"/>
                              <a:gd name="connsiteY35" fmla="*/ 154863 h 390417"/>
                              <a:gd name="connsiteX36" fmla="*/ 80032 w 466816"/>
                              <a:gd name="connsiteY36" fmla="*/ 159444 h 390417"/>
                              <a:gd name="connsiteX37" fmla="*/ 77146 w 466816"/>
                              <a:gd name="connsiteY37" fmla="*/ 169044 h 390417"/>
                              <a:gd name="connsiteX38" fmla="*/ 75223 w 466816"/>
                              <a:gd name="connsiteY38" fmla="*/ 173698 h 390417"/>
                              <a:gd name="connsiteX39" fmla="*/ 73696 w 466816"/>
                              <a:gd name="connsiteY39" fmla="*/ 178280 h 390417"/>
                              <a:gd name="connsiteX40" fmla="*/ 72508 w 466816"/>
                              <a:gd name="connsiteY40" fmla="*/ 179589 h 390417"/>
                              <a:gd name="connsiteX41" fmla="*/ 69905 w 466816"/>
                              <a:gd name="connsiteY41" fmla="*/ 186425 h 390417"/>
                              <a:gd name="connsiteX42" fmla="*/ 69566 w 466816"/>
                              <a:gd name="connsiteY42" fmla="*/ 187661 h 390417"/>
                              <a:gd name="connsiteX43" fmla="*/ 67925 w 466816"/>
                              <a:gd name="connsiteY43" fmla="*/ 190279 h 390417"/>
                              <a:gd name="connsiteX44" fmla="*/ 66907 w 466816"/>
                              <a:gd name="connsiteY44" fmla="*/ 191370 h 390417"/>
                              <a:gd name="connsiteX45" fmla="*/ 68208 w 466816"/>
                              <a:gd name="connsiteY45" fmla="*/ 192170 h 390417"/>
                              <a:gd name="connsiteX46" fmla="*/ 67642 w 466816"/>
                              <a:gd name="connsiteY46" fmla="*/ 193770 h 390417"/>
                              <a:gd name="connsiteX47" fmla="*/ 63286 w 466816"/>
                              <a:gd name="connsiteY47" fmla="*/ 203224 h 390417"/>
                              <a:gd name="connsiteX48" fmla="*/ 63116 w 466816"/>
                              <a:gd name="connsiteY48" fmla="*/ 204315 h 390417"/>
                              <a:gd name="connsiteX49" fmla="*/ 59326 w 466816"/>
                              <a:gd name="connsiteY49" fmla="*/ 211296 h 390417"/>
                              <a:gd name="connsiteX50" fmla="*/ 59100 w 466816"/>
                              <a:gd name="connsiteY50" fmla="*/ 212533 h 390417"/>
                              <a:gd name="connsiteX51" fmla="*/ 56554 w 466816"/>
                              <a:gd name="connsiteY51" fmla="*/ 212314 h 390417"/>
                              <a:gd name="connsiteX52" fmla="*/ 57799 w 466816"/>
                              <a:gd name="connsiteY52" fmla="*/ 215369 h 390417"/>
                              <a:gd name="connsiteX53" fmla="*/ 58364 w 466816"/>
                              <a:gd name="connsiteY53" fmla="*/ 217187 h 390417"/>
                              <a:gd name="connsiteX54" fmla="*/ 55536 w 466816"/>
                              <a:gd name="connsiteY54" fmla="*/ 219078 h 390417"/>
                              <a:gd name="connsiteX55" fmla="*/ 53273 w 466816"/>
                              <a:gd name="connsiteY55" fmla="*/ 223950 h 390417"/>
                              <a:gd name="connsiteX56" fmla="*/ 52877 w 466816"/>
                              <a:gd name="connsiteY56" fmla="*/ 225259 h 390417"/>
                              <a:gd name="connsiteX57" fmla="*/ 50274 w 466816"/>
                              <a:gd name="connsiteY57" fmla="*/ 231150 h 390417"/>
                              <a:gd name="connsiteX58" fmla="*/ 48747 w 466816"/>
                              <a:gd name="connsiteY58" fmla="*/ 231586 h 390417"/>
                              <a:gd name="connsiteX59" fmla="*/ 46993 w 466816"/>
                              <a:gd name="connsiteY59" fmla="*/ 236459 h 390417"/>
                              <a:gd name="connsiteX60" fmla="*/ 42807 w 466816"/>
                              <a:gd name="connsiteY60" fmla="*/ 240095 h 390417"/>
                              <a:gd name="connsiteX61" fmla="*/ 32850 w 466816"/>
                              <a:gd name="connsiteY61" fmla="*/ 242713 h 390417"/>
                              <a:gd name="connsiteX62" fmla="*/ 28098 w 466816"/>
                              <a:gd name="connsiteY62" fmla="*/ 244604 h 390417"/>
                              <a:gd name="connsiteX63" fmla="*/ 18367 w 466816"/>
                              <a:gd name="connsiteY63" fmla="*/ 245767 h 390417"/>
                              <a:gd name="connsiteX64" fmla="*/ 13389 w 466816"/>
                              <a:gd name="connsiteY64" fmla="*/ 243295 h 390417"/>
                              <a:gd name="connsiteX65" fmla="*/ 2980 w 466816"/>
                              <a:gd name="connsiteY65" fmla="*/ 225477 h 390417"/>
                              <a:gd name="connsiteX66" fmla="*/ 208 w 466816"/>
                              <a:gd name="connsiteY66" fmla="*/ 198206 h 390417"/>
                              <a:gd name="connsiteX67" fmla="*/ 2923 w 466816"/>
                              <a:gd name="connsiteY67" fmla="*/ 184752 h 390417"/>
                              <a:gd name="connsiteX68" fmla="*/ 2980 w 466816"/>
                              <a:gd name="connsiteY68" fmla="*/ 183443 h 390417"/>
                              <a:gd name="connsiteX69" fmla="*/ 2810 w 466816"/>
                              <a:gd name="connsiteY69" fmla="*/ 182134 h 390417"/>
                              <a:gd name="connsiteX70" fmla="*/ 5016 w 466816"/>
                              <a:gd name="connsiteY70" fmla="*/ 175298 h 390417"/>
                              <a:gd name="connsiteX71" fmla="*/ 5695 w 466816"/>
                              <a:gd name="connsiteY71" fmla="*/ 174571 h 390417"/>
                              <a:gd name="connsiteX72" fmla="*/ 6827 w 466816"/>
                              <a:gd name="connsiteY72" fmla="*/ 172971 h 390417"/>
                              <a:gd name="connsiteX73" fmla="*/ 10730 w 466816"/>
                              <a:gd name="connsiteY73" fmla="*/ 164753 h 390417"/>
                              <a:gd name="connsiteX74" fmla="*/ 11239 w 466816"/>
                              <a:gd name="connsiteY74" fmla="*/ 162717 h 390417"/>
                              <a:gd name="connsiteX75" fmla="*/ 12540 w 466816"/>
                              <a:gd name="connsiteY75" fmla="*/ 160826 h 390417"/>
                              <a:gd name="connsiteX76" fmla="*/ 12880 w 466816"/>
                              <a:gd name="connsiteY76" fmla="*/ 160681 h 390417"/>
                              <a:gd name="connsiteX77" fmla="*/ 19555 w 466816"/>
                              <a:gd name="connsiteY77" fmla="*/ 150718 h 390417"/>
                              <a:gd name="connsiteX78" fmla="*/ 22327 w 466816"/>
                              <a:gd name="connsiteY78" fmla="*/ 148609 h 390417"/>
                              <a:gd name="connsiteX79" fmla="*/ 25609 w 466816"/>
                              <a:gd name="connsiteY79" fmla="*/ 143736 h 390417"/>
                              <a:gd name="connsiteX80" fmla="*/ 30700 w 466816"/>
                              <a:gd name="connsiteY80" fmla="*/ 138791 h 390417"/>
                              <a:gd name="connsiteX81" fmla="*/ 36584 w 466816"/>
                              <a:gd name="connsiteY81" fmla="*/ 133918 h 390417"/>
                              <a:gd name="connsiteX82" fmla="*/ 41110 w 466816"/>
                              <a:gd name="connsiteY82" fmla="*/ 129700 h 390417"/>
                              <a:gd name="connsiteX83" fmla="*/ 54517 w 466816"/>
                              <a:gd name="connsiteY83" fmla="*/ 118647 h 390417"/>
                              <a:gd name="connsiteX84" fmla="*/ 60231 w 466816"/>
                              <a:gd name="connsiteY84" fmla="*/ 115592 h 390417"/>
                              <a:gd name="connsiteX85" fmla="*/ 64418 w 466816"/>
                              <a:gd name="connsiteY85" fmla="*/ 112683 h 390417"/>
                              <a:gd name="connsiteX86" fmla="*/ 66002 w 466816"/>
                              <a:gd name="connsiteY86" fmla="*/ 111811 h 390417"/>
                              <a:gd name="connsiteX87" fmla="*/ 80428 w 466816"/>
                              <a:gd name="connsiteY87" fmla="*/ 107520 h 390417"/>
                              <a:gd name="connsiteX88" fmla="*/ 88122 w 466816"/>
                              <a:gd name="connsiteY88" fmla="*/ 107665 h 390417"/>
                              <a:gd name="connsiteX89" fmla="*/ 89083 w 466816"/>
                              <a:gd name="connsiteY89" fmla="*/ 108756 h 390417"/>
                              <a:gd name="connsiteX90" fmla="*/ 91007 w 466816"/>
                              <a:gd name="connsiteY90" fmla="*/ 107811 h 390417"/>
                              <a:gd name="connsiteX91" fmla="*/ 90837 w 466816"/>
                              <a:gd name="connsiteY91" fmla="*/ 108538 h 390417"/>
                              <a:gd name="connsiteX92" fmla="*/ 92365 w 466816"/>
                              <a:gd name="connsiteY92" fmla="*/ 109920 h 390417"/>
                              <a:gd name="connsiteX93" fmla="*/ 97060 w 466816"/>
                              <a:gd name="connsiteY93" fmla="*/ 112538 h 390417"/>
                              <a:gd name="connsiteX94" fmla="*/ 97400 w 466816"/>
                              <a:gd name="connsiteY94" fmla="*/ 112829 h 390417"/>
                              <a:gd name="connsiteX95" fmla="*/ 106112 w 466816"/>
                              <a:gd name="connsiteY95" fmla="*/ 121483 h 390417"/>
                              <a:gd name="connsiteX96" fmla="*/ 107922 w 466816"/>
                              <a:gd name="connsiteY96" fmla="*/ 125483 h 390417"/>
                              <a:gd name="connsiteX97" fmla="*/ 110807 w 466816"/>
                              <a:gd name="connsiteY97" fmla="*/ 132682 h 390417"/>
                              <a:gd name="connsiteX98" fmla="*/ 113466 w 466816"/>
                              <a:gd name="connsiteY98" fmla="*/ 137409 h 390417"/>
                              <a:gd name="connsiteX99" fmla="*/ 116634 w 466816"/>
                              <a:gd name="connsiteY99" fmla="*/ 145481 h 390417"/>
                              <a:gd name="connsiteX100" fmla="*/ 129533 w 466816"/>
                              <a:gd name="connsiteY100" fmla="*/ 163153 h 390417"/>
                              <a:gd name="connsiteX101" fmla="*/ 130834 w 466816"/>
                              <a:gd name="connsiteY101" fmla="*/ 163444 h 390417"/>
                              <a:gd name="connsiteX102" fmla="*/ 147976 w 466816"/>
                              <a:gd name="connsiteY102" fmla="*/ 157844 h 390417"/>
                              <a:gd name="connsiteX103" fmla="*/ 159233 w 466816"/>
                              <a:gd name="connsiteY103" fmla="*/ 147809 h 390417"/>
                              <a:gd name="connsiteX104" fmla="*/ 167946 w 466816"/>
                              <a:gd name="connsiteY104" fmla="*/ 140391 h 390417"/>
                              <a:gd name="connsiteX105" fmla="*/ 176205 w 466816"/>
                              <a:gd name="connsiteY105" fmla="*/ 130428 h 390417"/>
                              <a:gd name="connsiteX106" fmla="*/ 190971 w 466816"/>
                              <a:gd name="connsiteY106" fmla="*/ 104611 h 390417"/>
                              <a:gd name="connsiteX107" fmla="*/ 202964 w 466816"/>
                              <a:gd name="connsiteY107" fmla="*/ 81630 h 390417"/>
                              <a:gd name="connsiteX108" fmla="*/ 206019 w 466816"/>
                              <a:gd name="connsiteY108" fmla="*/ 74285 h 390417"/>
                              <a:gd name="connsiteX109" fmla="*/ 208112 w 466816"/>
                              <a:gd name="connsiteY109" fmla="*/ 69922 h 390417"/>
                              <a:gd name="connsiteX110" fmla="*/ 213204 w 466816"/>
                              <a:gd name="connsiteY110" fmla="*/ 59013 h 390417"/>
                              <a:gd name="connsiteX111" fmla="*/ 215693 w 466816"/>
                              <a:gd name="connsiteY111" fmla="*/ 52323 h 390417"/>
                              <a:gd name="connsiteX112" fmla="*/ 217786 w 466816"/>
                              <a:gd name="connsiteY112" fmla="*/ 48468 h 390417"/>
                              <a:gd name="connsiteX113" fmla="*/ 220954 w 466816"/>
                              <a:gd name="connsiteY113" fmla="*/ 42287 h 390417"/>
                              <a:gd name="connsiteX114" fmla="*/ 224405 w 466816"/>
                              <a:gd name="connsiteY114" fmla="*/ 36324 h 390417"/>
                              <a:gd name="connsiteX115" fmla="*/ 233231 w 466816"/>
                              <a:gd name="connsiteY115" fmla="*/ 21052 h 390417"/>
                              <a:gd name="connsiteX116" fmla="*/ 233627 w 466816"/>
                              <a:gd name="connsiteY116" fmla="*/ 18724 h 390417"/>
                              <a:gd name="connsiteX117" fmla="*/ 234702 w 466816"/>
                              <a:gd name="connsiteY117" fmla="*/ 18943 h 390417"/>
                              <a:gd name="connsiteX118" fmla="*/ 234871 w 466816"/>
                              <a:gd name="connsiteY118" fmla="*/ 18579 h 390417"/>
                              <a:gd name="connsiteX119" fmla="*/ 237078 w 466816"/>
                              <a:gd name="connsiteY119" fmla="*/ 12034 h 390417"/>
                              <a:gd name="connsiteX120" fmla="*/ 239906 w 466816"/>
                              <a:gd name="connsiteY120" fmla="*/ 7816 h 390417"/>
                              <a:gd name="connsiteX121" fmla="*/ 243414 w 466816"/>
                              <a:gd name="connsiteY121" fmla="*/ 1198 h 390417"/>
                              <a:gd name="connsiteX122" fmla="*/ 245903 w 466816"/>
                              <a:gd name="connsiteY122" fmla="*/ 180 h 390417"/>
                              <a:gd name="connsiteX123" fmla="*/ 250429 w 466816"/>
                              <a:gd name="connsiteY123" fmla="*/ 1198 h 390417"/>
                              <a:gd name="connsiteX124" fmla="*/ 254728 w 466816"/>
                              <a:gd name="connsiteY124" fmla="*/ 8907 h 390417"/>
                              <a:gd name="connsiteX125" fmla="*/ 253767 w 466816"/>
                              <a:gd name="connsiteY125" fmla="*/ 19670 h 390417"/>
                              <a:gd name="connsiteX126" fmla="*/ 252013 w 466816"/>
                              <a:gd name="connsiteY126" fmla="*/ 33487 h 390417"/>
                              <a:gd name="connsiteX127" fmla="*/ 247600 w 466816"/>
                              <a:gd name="connsiteY127" fmla="*/ 51377 h 390417"/>
                              <a:gd name="connsiteX128" fmla="*/ 245507 w 466816"/>
                              <a:gd name="connsiteY128" fmla="*/ 65922 h 390417"/>
                              <a:gd name="connsiteX129" fmla="*/ 244771 w 466816"/>
                              <a:gd name="connsiteY129" fmla="*/ 69340 h 390417"/>
                              <a:gd name="connsiteX130" fmla="*/ 247544 w 466816"/>
                              <a:gd name="connsiteY130" fmla="*/ 75303 h 390417"/>
                              <a:gd name="connsiteX131" fmla="*/ 247996 w 466816"/>
                              <a:gd name="connsiteY131" fmla="*/ 75594 h 390417"/>
                              <a:gd name="connsiteX132" fmla="*/ 249184 w 466816"/>
                              <a:gd name="connsiteY132" fmla="*/ 81994 h 390417"/>
                              <a:gd name="connsiteX133" fmla="*/ 249806 w 466816"/>
                              <a:gd name="connsiteY133" fmla="*/ 86575 h 390417"/>
                              <a:gd name="connsiteX134" fmla="*/ 249524 w 466816"/>
                              <a:gd name="connsiteY134" fmla="*/ 89921 h 390417"/>
                              <a:gd name="connsiteX135" fmla="*/ 249467 w 466816"/>
                              <a:gd name="connsiteY135" fmla="*/ 94939 h 390417"/>
                              <a:gd name="connsiteX136" fmla="*/ 248618 w 466816"/>
                              <a:gd name="connsiteY136" fmla="*/ 100029 h 390417"/>
                              <a:gd name="connsiteX137" fmla="*/ 248392 w 466816"/>
                              <a:gd name="connsiteY137" fmla="*/ 102138 h 390417"/>
                              <a:gd name="connsiteX138" fmla="*/ 247204 w 466816"/>
                              <a:gd name="connsiteY138" fmla="*/ 114719 h 390417"/>
                              <a:gd name="connsiteX139" fmla="*/ 245733 w 466816"/>
                              <a:gd name="connsiteY139" fmla="*/ 122428 h 390417"/>
                              <a:gd name="connsiteX140" fmla="*/ 244375 w 466816"/>
                              <a:gd name="connsiteY140" fmla="*/ 127155 h 390417"/>
                              <a:gd name="connsiteX141" fmla="*/ 241490 w 466816"/>
                              <a:gd name="connsiteY141" fmla="*/ 137918 h 390417"/>
                              <a:gd name="connsiteX142" fmla="*/ 241660 w 466816"/>
                              <a:gd name="connsiteY142" fmla="*/ 139955 h 390417"/>
                              <a:gd name="connsiteX143" fmla="*/ 238944 w 466816"/>
                              <a:gd name="connsiteY143" fmla="*/ 147009 h 390417"/>
                              <a:gd name="connsiteX144" fmla="*/ 237078 w 466816"/>
                              <a:gd name="connsiteY144" fmla="*/ 152318 h 390417"/>
                              <a:gd name="connsiteX145" fmla="*/ 235098 w 466816"/>
                              <a:gd name="connsiteY145" fmla="*/ 157045 h 390417"/>
                              <a:gd name="connsiteX146" fmla="*/ 234815 w 466816"/>
                              <a:gd name="connsiteY146" fmla="*/ 159299 h 390417"/>
                              <a:gd name="connsiteX147" fmla="*/ 230515 w 466816"/>
                              <a:gd name="connsiteY147" fmla="*/ 169189 h 390417"/>
                              <a:gd name="connsiteX148" fmla="*/ 228931 w 466816"/>
                              <a:gd name="connsiteY148" fmla="*/ 171080 h 390417"/>
                              <a:gd name="connsiteX149" fmla="*/ 225876 w 466816"/>
                              <a:gd name="connsiteY149" fmla="*/ 176680 h 390417"/>
                              <a:gd name="connsiteX150" fmla="*/ 223161 w 466816"/>
                              <a:gd name="connsiteY150" fmla="*/ 182134 h 390417"/>
                              <a:gd name="connsiteX151" fmla="*/ 220106 w 466816"/>
                              <a:gd name="connsiteY151" fmla="*/ 187879 h 390417"/>
                              <a:gd name="connsiteX152" fmla="*/ 216825 w 466816"/>
                              <a:gd name="connsiteY152" fmla="*/ 192097 h 390417"/>
                              <a:gd name="connsiteX153" fmla="*/ 215071 w 466816"/>
                              <a:gd name="connsiteY153" fmla="*/ 194133 h 390417"/>
                              <a:gd name="connsiteX154" fmla="*/ 213034 w 466816"/>
                              <a:gd name="connsiteY154" fmla="*/ 207805 h 390417"/>
                              <a:gd name="connsiteX155" fmla="*/ 215127 w 466816"/>
                              <a:gd name="connsiteY155" fmla="*/ 212896 h 390417"/>
                              <a:gd name="connsiteX156" fmla="*/ 216655 w 466816"/>
                              <a:gd name="connsiteY156" fmla="*/ 216750 h 390417"/>
                              <a:gd name="connsiteX157" fmla="*/ 217503 w 466816"/>
                              <a:gd name="connsiteY157" fmla="*/ 222568 h 390417"/>
                              <a:gd name="connsiteX158" fmla="*/ 218465 w 466816"/>
                              <a:gd name="connsiteY158" fmla="*/ 229259 h 390417"/>
                              <a:gd name="connsiteX159" fmla="*/ 217560 w 466816"/>
                              <a:gd name="connsiteY159" fmla="*/ 239222 h 390417"/>
                              <a:gd name="connsiteX160" fmla="*/ 216768 w 466816"/>
                              <a:gd name="connsiteY160" fmla="*/ 245767 h 390417"/>
                              <a:gd name="connsiteX161" fmla="*/ 216146 w 466816"/>
                              <a:gd name="connsiteY161" fmla="*/ 255221 h 390417"/>
                              <a:gd name="connsiteX162" fmla="*/ 214222 w 466816"/>
                              <a:gd name="connsiteY162" fmla="*/ 264239 h 390417"/>
                              <a:gd name="connsiteX163" fmla="*/ 214166 w 466816"/>
                              <a:gd name="connsiteY163" fmla="*/ 266421 h 390417"/>
                              <a:gd name="connsiteX164" fmla="*/ 213939 w 466816"/>
                              <a:gd name="connsiteY164" fmla="*/ 267730 h 390417"/>
                              <a:gd name="connsiteX165" fmla="*/ 212072 w 466816"/>
                              <a:gd name="connsiteY165" fmla="*/ 272602 h 390417"/>
                              <a:gd name="connsiteX166" fmla="*/ 211620 w 466816"/>
                              <a:gd name="connsiteY166" fmla="*/ 273911 h 390417"/>
                              <a:gd name="connsiteX167" fmla="*/ 209979 w 466816"/>
                              <a:gd name="connsiteY167" fmla="*/ 280602 h 390417"/>
                              <a:gd name="connsiteX168" fmla="*/ 211224 w 466816"/>
                              <a:gd name="connsiteY168" fmla="*/ 284456 h 390417"/>
                              <a:gd name="connsiteX169" fmla="*/ 212016 w 466816"/>
                              <a:gd name="connsiteY169" fmla="*/ 286129 h 390417"/>
                              <a:gd name="connsiteX170" fmla="*/ 218013 w 466816"/>
                              <a:gd name="connsiteY170" fmla="*/ 279511 h 390417"/>
                              <a:gd name="connsiteX171" fmla="*/ 218974 w 466816"/>
                              <a:gd name="connsiteY171" fmla="*/ 280529 h 390417"/>
                              <a:gd name="connsiteX172" fmla="*/ 218974 w 466816"/>
                              <a:gd name="connsiteY172" fmla="*/ 277475 h 390417"/>
                              <a:gd name="connsiteX173" fmla="*/ 221916 w 466816"/>
                              <a:gd name="connsiteY173" fmla="*/ 275293 h 390417"/>
                              <a:gd name="connsiteX174" fmla="*/ 229384 w 466816"/>
                              <a:gd name="connsiteY174" fmla="*/ 266930 h 390417"/>
                              <a:gd name="connsiteX175" fmla="*/ 234702 w 466816"/>
                              <a:gd name="connsiteY175" fmla="*/ 258203 h 390417"/>
                              <a:gd name="connsiteX176" fmla="*/ 239340 w 466816"/>
                              <a:gd name="connsiteY176" fmla="*/ 252530 h 390417"/>
                              <a:gd name="connsiteX177" fmla="*/ 243414 w 466816"/>
                              <a:gd name="connsiteY177" fmla="*/ 245404 h 390417"/>
                              <a:gd name="connsiteX178" fmla="*/ 244545 w 466816"/>
                              <a:gd name="connsiteY178" fmla="*/ 243804 h 390417"/>
                              <a:gd name="connsiteX179" fmla="*/ 249580 w 466816"/>
                              <a:gd name="connsiteY179" fmla="*/ 235731 h 390417"/>
                              <a:gd name="connsiteX180" fmla="*/ 252748 w 466816"/>
                              <a:gd name="connsiteY180" fmla="*/ 228895 h 390417"/>
                              <a:gd name="connsiteX181" fmla="*/ 254163 w 466816"/>
                              <a:gd name="connsiteY181" fmla="*/ 227514 h 390417"/>
                              <a:gd name="connsiteX182" fmla="*/ 254276 w 466816"/>
                              <a:gd name="connsiteY182" fmla="*/ 226423 h 390417"/>
                              <a:gd name="connsiteX183" fmla="*/ 258688 w 466816"/>
                              <a:gd name="connsiteY183" fmla="*/ 216460 h 390417"/>
                              <a:gd name="connsiteX184" fmla="*/ 259820 w 466816"/>
                              <a:gd name="connsiteY184" fmla="*/ 212969 h 390417"/>
                              <a:gd name="connsiteX185" fmla="*/ 262422 w 466816"/>
                              <a:gd name="connsiteY185" fmla="*/ 210278 h 390417"/>
                              <a:gd name="connsiteX186" fmla="*/ 265647 w 466816"/>
                              <a:gd name="connsiteY186" fmla="*/ 206496 h 390417"/>
                              <a:gd name="connsiteX187" fmla="*/ 269381 w 466816"/>
                              <a:gd name="connsiteY187" fmla="*/ 196024 h 390417"/>
                              <a:gd name="connsiteX188" fmla="*/ 273680 w 466816"/>
                              <a:gd name="connsiteY188" fmla="*/ 185698 h 390417"/>
                              <a:gd name="connsiteX189" fmla="*/ 274472 w 466816"/>
                              <a:gd name="connsiteY189" fmla="*/ 183225 h 390417"/>
                              <a:gd name="connsiteX190" fmla="*/ 278149 w 466816"/>
                              <a:gd name="connsiteY190" fmla="*/ 171298 h 390417"/>
                              <a:gd name="connsiteX191" fmla="*/ 281261 w 466816"/>
                              <a:gd name="connsiteY191" fmla="*/ 163881 h 390417"/>
                              <a:gd name="connsiteX192" fmla="*/ 285334 w 466816"/>
                              <a:gd name="connsiteY192" fmla="*/ 155663 h 390417"/>
                              <a:gd name="connsiteX193" fmla="*/ 286635 w 466816"/>
                              <a:gd name="connsiteY193" fmla="*/ 154136 h 390417"/>
                              <a:gd name="connsiteX194" fmla="*/ 288559 w 466816"/>
                              <a:gd name="connsiteY194" fmla="*/ 149118 h 390417"/>
                              <a:gd name="connsiteX195" fmla="*/ 289351 w 466816"/>
                              <a:gd name="connsiteY195" fmla="*/ 148027 h 390417"/>
                              <a:gd name="connsiteX196" fmla="*/ 295574 w 466816"/>
                              <a:gd name="connsiteY196" fmla="*/ 140754 h 390417"/>
                              <a:gd name="connsiteX197" fmla="*/ 297497 w 466816"/>
                              <a:gd name="connsiteY197" fmla="*/ 140391 h 390417"/>
                              <a:gd name="connsiteX198" fmla="*/ 305021 w 466816"/>
                              <a:gd name="connsiteY198" fmla="*/ 142354 h 390417"/>
                              <a:gd name="connsiteX199" fmla="*/ 308416 w 466816"/>
                              <a:gd name="connsiteY199" fmla="*/ 146645 h 390417"/>
                              <a:gd name="connsiteX200" fmla="*/ 307907 w 466816"/>
                              <a:gd name="connsiteY200" fmla="*/ 152245 h 390417"/>
                              <a:gd name="connsiteX201" fmla="*/ 306323 w 466816"/>
                              <a:gd name="connsiteY201" fmla="*/ 162353 h 390417"/>
                              <a:gd name="connsiteX202" fmla="*/ 304173 w 466816"/>
                              <a:gd name="connsiteY202" fmla="*/ 168753 h 390417"/>
                              <a:gd name="connsiteX203" fmla="*/ 302306 w 466816"/>
                              <a:gd name="connsiteY203" fmla="*/ 173989 h 390417"/>
                              <a:gd name="connsiteX204" fmla="*/ 298289 w 466816"/>
                              <a:gd name="connsiteY204" fmla="*/ 181698 h 390417"/>
                              <a:gd name="connsiteX205" fmla="*/ 295743 w 466816"/>
                              <a:gd name="connsiteY205" fmla="*/ 185043 h 390417"/>
                              <a:gd name="connsiteX206" fmla="*/ 288276 w 466816"/>
                              <a:gd name="connsiteY206" fmla="*/ 198061 h 390417"/>
                              <a:gd name="connsiteX207" fmla="*/ 289747 w 466816"/>
                              <a:gd name="connsiteY207" fmla="*/ 198933 h 390417"/>
                              <a:gd name="connsiteX208" fmla="*/ 284938 w 466816"/>
                              <a:gd name="connsiteY208" fmla="*/ 205187 h 390417"/>
                              <a:gd name="connsiteX209" fmla="*/ 282449 w 466816"/>
                              <a:gd name="connsiteY209" fmla="*/ 209405 h 390417"/>
                              <a:gd name="connsiteX210" fmla="*/ 276678 w 466816"/>
                              <a:gd name="connsiteY210" fmla="*/ 219878 h 390417"/>
                              <a:gd name="connsiteX211" fmla="*/ 273680 w 466816"/>
                              <a:gd name="connsiteY211" fmla="*/ 226132 h 390417"/>
                              <a:gd name="connsiteX212" fmla="*/ 272605 w 466816"/>
                              <a:gd name="connsiteY212" fmla="*/ 228532 h 390417"/>
                              <a:gd name="connsiteX213" fmla="*/ 271587 w 466816"/>
                              <a:gd name="connsiteY213" fmla="*/ 232459 h 390417"/>
                              <a:gd name="connsiteX214" fmla="*/ 268023 w 466816"/>
                              <a:gd name="connsiteY214" fmla="*/ 239222 h 390417"/>
                              <a:gd name="connsiteX215" fmla="*/ 266609 w 466816"/>
                              <a:gd name="connsiteY215" fmla="*/ 243658 h 390417"/>
                              <a:gd name="connsiteX216" fmla="*/ 264628 w 466816"/>
                              <a:gd name="connsiteY216" fmla="*/ 248385 h 390417"/>
                              <a:gd name="connsiteX217" fmla="*/ 263327 w 466816"/>
                              <a:gd name="connsiteY217" fmla="*/ 252749 h 390417"/>
                              <a:gd name="connsiteX218" fmla="*/ 260329 w 466816"/>
                              <a:gd name="connsiteY218" fmla="*/ 258712 h 390417"/>
                              <a:gd name="connsiteX219" fmla="*/ 259650 w 466816"/>
                              <a:gd name="connsiteY219" fmla="*/ 263003 h 390417"/>
                              <a:gd name="connsiteX220" fmla="*/ 258405 w 466816"/>
                              <a:gd name="connsiteY220" fmla="*/ 266566 h 390417"/>
                              <a:gd name="connsiteX221" fmla="*/ 258123 w 466816"/>
                              <a:gd name="connsiteY221" fmla="*/ 271002 h 390417"/>
                              <a:gd name="connsiteX222" fmla="*/ 256821 w 466816"/>
                              <a:gd name="connsiteY222" fmla="*/ 272457 h 390417"/>
                              <a:gd name="connsiteX223" fmla="*/ 255916 w 466816"/>
                              <a:gd name="connsiteY223" fmla="*/ 284092 h 390417"/>
                              <a:gd name="connsiteX224" fmla="*/ 256595 w 466816"/>
                              <a:gd name="connsiteY224" fmla="*/ 284020 h 390417"/>
                              <a:gd name="connsiteX225" fmla="*/ 258236 w 466816"/>
                              <a:gd name="connsiteY225" fmla="*/ 291437 h 390417"/>
                              <a:gd name="connsiteX226" fmla="*/ 259254 w 466816"/>
                              <a:gd name="connsiteY226" fmla="*/ 288965 h 390417"/>
                              <a:gd name="connsiteX227" fmla="*/ 260159 w 466816"/>
                              <a:gd name="connsiteY227" fmla="*/ 290783 h 390417"/>
                              <a:gd name="connsiteX228" fmla="*/ 265194 w 466816"/>
                              <a:gd name="connsiteY228" fmla="*/ 285911 h 390417"/>
                              <a:gd name="connsiteX229" fmla="*/ 270003 w 466816"/>
                              <a:gd name="connsiteY229" fmla="*/ 284674 h 390417"/>
                              <a:gd name="connsiteX230" fmla="*/ 274076 w 466816"/>
                              <a:gd name="connsiteY230" fmla="*/ 281838 h 390417"/>
                              <a:gd name="connsiteX231" fmla="*/ 282845 w 466816"/>
                              <a:gd name="connsiteY231" fmla="*/ 274857 h 390417"/>
                              <a:gd name="connsiteX232" fmla="*/ 292689 w 466816"/>
                              <a:gd name="connsiteY232" fmla="*/ 265548 h 390417"/>
                              <a:gd name="connsiteX233" fmla="*/ 304173 w 466816"/>
                              <a:gd name="connsiteY233" fmla="*/ 248603 h 390417"/>
                              <a:gd name="connsiteX234" fmla="*/ 310396 w 466816"/>
                              <a:gd name="connsiteY234" fmla="*/ 238204 h 390417"/>
                              <a:gd name="connsiteX235" fmla="*/ 316110 w 466816"/>
                              <a:gd name="connsiteY235" fmla="*/ 228823 h 390417"/>
                              <a:gd name="connsiteX236" fmla="*/ 318599 w 466816"/>
                              <a:gd name="connsiteY236" fmla="*/ 223514 h 390417"/>
                              <a:gd name="connsiteX237" fmla="*/ 323973 w 466816"/>
                              <a:gd name="connsiteY237" fmla="*/ 216532 h 390417"/>
                              <a:gd name="connsiteX238" fmla="*/ 331215 w 466816"/>
                              <a:gd name="connsiteY238" fmla="*/ 206278 h 390417"/>
                              <a:gd name="connsiteX239" fmla="*/ 335288 w 466816"/>
                              <a:gd name="connsiteY239" fmla="*/ 201624 h 390417"/>
                              <a:gd name="connsiteX240" fmla="*/ 339361 w 466816"/>
                              <a:gd name="connsiteY240" fmla="*/ 195297 h 390417"/>
                              <a:gd name="connsiteX241" fmla="*/ 342755 w 466816"/>
                              <a:gd name="connsiteY241" fmla="*/ 191006 h 390417"/>
                              <a:gd name="connsiteX242" fmla="*/ 345471 w 466816"/>
                              <a:gd name="connsiteY242" fmla="*/ 185988 h 390417"/>
                              <a:gd name="connsiteX243" fmla="*/ 347564 w 466816"/>
                              <a:gd name="connsiteY243" fmla="*/ 183661 h 390417"/>
                              <a:gd name="connsiteX244" fmla="*/ 349884 w 466816"/>
                              <a:gd name="connsiteY244" fmla="*/ 179443 h 390417"/>
                              <a:gd name="connsiteX245" fmla="*/ 350732 w 466816"/>
                              <a:gd name="connsiteY245" fmla="*/ 178134 h 390417"/>
                              <a:gd name="connsiteX246" fmla="*/ 355541 w 466816"/>
                              <a:gd name="connsiteY246" fmla="*/ 168898 h 390417"/>
                              <a:gd name="connsiteX247" fmla="*/ 358200 w 466816"/>
                              <a:gd name="connsiteY247" fmla="*/ 165117 h 390417"/>
                              <a:gd name="connsiteX248" fmla="*/ 358200 w 466816"/>
                              <a:gd name="connsiteY248" fmla="*/ 163590 h 390417"/>
                              <a:gd name="connsiteX249" fmla="*/ 360293 w 466816"/>
                              <a:gd name="connsiteY249" fmla="*/ 160244 h 390417"/>
                              <a:gd name="connsiteX250" fmla="*/ 362443 w 466816"/>
                              <a:gd name="connsiteY250" fmla="*/ 156026 h 390417"/>
                              <a:gd name="connsiteX251" fmla="*/ 364310 w 466816"/>
                              <a:gd name="connsiteY251" fmla="*/ 151736 h 390417"/>
                              <a:gd name="connsiteX252" fmla="*/ 367930 w 466816"/>
                              <a:gd name="connsiteY252" fmla="*/ 143518 h 390417"/>
                              <a:gd name="connsiteX253" fmla="*/ 372173 w 466816"/>
                              <a:gd name="connsiteY253" fmla="*/ 135009 h 390417"/>
                              <a:gd name="connsiteX254" fmla="*/ 377774 w 466816"/>
                              <a:gd name="connsiteY254" fmla="*/ 124537 h 390417"/>
                              <a:gd name="connsiteX255" fmla="*/ 378509 w 466816"/>
                              <a:gd name="connsiteY255" fmla="*/ 126064 h 390417"/>
                              <a:gd name="connsiteX256" fmla="*/ 385694 w 466816"/>
                              <a:gd name="connsiteY256" fmla="*/ 124101 h 390417"/>
                              <a:gd name="connsiteX257" fmla="*/ 388240 w 466816"/>
                              <a:gd name="connsiteY257" fmla="*/ 136609 h 390417"/>
                              <a:gd name="connsiteX258" fmla="*/ 386599 w 466816"/>
                              <a:gd name="connsiteY258" fmla="*/ 142063 h 390417"/>
                              <a:gd name="connsiteX259" fmla="*/ 384563 w 466816"/>
                              <a:gd name="connsiteY259" fmla="*/ 147445 h 390417"/>
                              <a:gd name="connsiteX260" fmla="*/ 382356 w 466816"/>
                              <a:gd name="connsiteY260" fmla="*/ 150645 h 390417"/>
                              <a:gd name="connsiteX261" fmla="*/ 381734 w 466816"/>
                              <a:gd name="connsiteY261" fmla="*/ 152027 h 390417"/>
                              <a:gd name="connsiteX262" fmla="*/ 379867 w 466816"/>
                              <a:gd name="connsiteY262" fmla="*/ 155736 h 390417"/>
                              <a:gd name="connsiteX263" fmla="*/ 379245 w 466816"/>
                              <a:gd name="connsiteY263" fmla="*/ 157990 h 390417"/>
                              <a:gd name="connsiteX264" fmla="*/ 376869 w 466816"/>
                              <a:gd name="connsiteY264" fmla="*/ 162717 h 390417"/>
                              <a:gd name="connsiteX265" fmla="*/ 374040 w 466816"/>
                              <a:gd name="connsiteY265" fmla="*/ 169044 h 390417"/>
                              <a:gd name="connsiteX266" fmla="*/ 369514 w 466816"/>
                              <a:gd name="connsiteY266" fmla="*/ 176753 h 390417"/>
                              <a:gd name="connsiteX267" fmla="*/ 367365 w 466816"/>
                              <a:gd name="connsiteY267" fmla="*/ 181989 h 390417"/>
                              <a:gd name="connsiteX268" fmla="*/ 365554 w 466816"/>
                              <a:gd name="connsiteY268" fmla="*/ 186861 h 390417"/>
                              <a:gd name="connsiteX269" fmla="*/ 364423 w 466816"/>
                              <a:gd name="connsiteY269" fmla="*/ 188825 h 390417"/>
                              <a:gd name="connsiteX270" fmla="*/ 363122 w 466816"/>
                              <a:gd name="connsiteY270" fmla="*/ 191806 h 390417"/>
                              <a:gd name="connsiteX271" fmla="*/ 361877 w 466816"/>
                              <a:gd name="connsiteY271" fmla="*/ 193334 h 390417"/>
                              <a:gd name="connsiteX272" fmla="*/ 359954 w 466816"/>
                              <a:gd name="connsiteY272" fmla="*/ 198642 h 390417"/>
                              <a:gd name="connsiteX273" fmla="*/ 357068 w 466816"/>
                              <a:gd name="connsiteY273" fmla="*/ 204824 h 390417"/>
                              <a:gd name="connsiteX274" fmla="*/ 356333 w 466816"/>
                              <a:gd name="connsiteY274" fmla="*/ 205842 h 390417"/>
                              <a:gd name="connsiteX275" fmla="*/ 355371 w 466816"/>
                              <a:gd name="connsiteY275" fmla="*/ 207369 h 390417"/>
                              <a:gd name="connsiteX276" fmla="*/ 354183 w 466816"/>
                              <a:gd name="connsiteY276" fmla="*/ 213769 h 390417"/>
                              <a:gd name="connsiteX277" fmla="*/ 352543 w 466816"/>
                              <a:gd name="connsiteY277" fmla="*/ 217696 h 390417"/>
                              <a:gd name="connsiteX278" fmla="*/ 351015 w 466816"/>
                              <a:gd name="connsiteY278" fmla="*/ 224023 h 390417"/>
                              <a:gd name="connsiteX279" fmla="*/ 349431 w 466816"/>
                              <a:gd name="connsiteY279" fmla="*/ 228677 h 390417"/>
                              <a:gd name="connsiteX280" fmla="*/ 346885 w 466816"/>
                              <a:gd name="connsiteY280" fmla="*/ 239440 h 390417"/>
                              <a:gd name="connsiteX281" fmla="*/ 346998 w 466816"/>
                              <a:gd name="connsiteY281" fmla="*/ 240313 h 390417"/>
                              <a:gd name="connsiteX282" fmla="*/ 347225 w 466816"/>
                              <a:gd name="connsiteY282" fmla="*/ 243804 h 390417"/>
                              <a:gd name="connsiteX283" fmla="*/ 349205 w 466816"/>
                              <a:gd name="connsiteY283" fmla="*/ 244385 h 390417"/>
                              <a:gd name="connsiteX284" fmla="*/ 347960 w 466816"/>
                              <a:gd name="connsiteY284" fmla="*/ 245476 h 390417"/>
                              <a:gd name="connsiteX285" fmla="*/ 353108 w 466816"/>
                              <a:gd name="connsiteY285" fmla="*/ 244676 h 390417"/>
                              <a:gd name="connsiteX286" fmla="*/ 353165 w 466816"/>
                              <a:gd name="connsiteY286" fmla="*/ 245840 h 390417"/>
                              <a:gd name="connsiteX287" fmla="*/ 351807 w 466816"/>
                              <a:gd name="connsiteY287" fmla="*/ 248312 h 390417"/>
                              <a:gd name="connsiteX288" fmla="*/ 355428 w 466816"/>
                              <a:gd name="connsiteY288" fmla="*/ 247367 h 390417"/>
                              <a:gd name="connsiteX289" fmla="*/ 356163 w 466816"/>
                              <a:gd name="connsiteY289" fmla="*/ 246204 h 390417"/>
                              <a:gd name="connsiteX290" fmla="*/ 360293 w 466816"/>
                              <a:gd name="connsiteY290" fmla="*/ 244458 h 390417"/>
                              <a:gd name="connsiteX291" fmla="*/ 361255 w 466816"/>
                              <a:gd name="connsiteY291" fmla="*/ 243804 h 390417"/>
                              <a:gd name="connsiteX292" fmla="*/ 363970 w 466816"/>
                              <a:gd name="connsiteY292" fmla="*/ 243222 h 390417"/>
                              <a:gd name="connsiteX293" fmla="*/ 363914 w 466816"/>
                              <a:gd name="connsiteY293" fmla="*/ 242349 h 390417"/>
                              <a:gd name="connsiteX294" fmla="*/ 362895 w 466816"/>
                              <a:gd name="connsiteY294" fmla="*/ 241622 h 390417"/>
                              <a:gd name="connsiteX295" fmla="*/ 370193 w 466816"/>
                              <a:gd name="connsiteY295" fmla="*/ 233622 h 390417"/>
                              <a:gd name="connsiteX296" fmla="*/ 373248 w 466816"/>
                              <a:gd name="connsiteY296" fmla="*/ 228532 h 390417"/>
                              <a:gd name="connsiteX297" fmla="*/ 378000 w 466816"/>
                              <a:gd name="connsiteY297" fmla="*/ 222350 h 390417"/>
                              <a:gd name="connsiteX298" fmla="*/ 380603 w 466816"/>
                              <a:gd name="connsiteY298" fmla="*/ 218641 h 390417"/>
                              <a:gd name="connsiteX299" fmla="*/ 388014 w 466816"/>
                              <a:gd name="connsiteY299" fmla="*/ 207515 h 390417"/>
                              <a:gd name="connsiteX300" fmla="*/ 392822 w 466816"/>
                              <a:gd name="connsiteY300" fmla="*/ 201551 h 390417"/>
                              <a:gd name="connsiteX301" fmla="*/ 397574 w 466816"/>
                              <a:gd name="connsiteY301" fmla="*/ 196242 h 390417"/>
                              <a:gd name="connsiteX302" fmla="*/ 403232 w 466816"/>
                              <a:gd name="connsiteY302" fmla="*/ 187879 h 390417"/>
                              <a:gd name="connsiteX303" fmla="*/ 408267 w 466816"/>
                              <a:gd name="connsiteY303" fmla="*/ 181334 h 390417"/>
                              <a:gd name="connsiteX304" fmla="*/ 410020 w 466816"/>
                              <a:gd name="connsiteY304" fmla="*/ 178352 h 390417"/>
                              <a:gd name="connsiteX305" fmla="*/ 413698 w 466816"/>
                              <a:gd name="connsiteY305" fmla="*/ 173989 h 390417"/>
                              <a:gd name="connsiteX306" fmla="*/ 412227 w 466816"/>
                              <a:gd name="connsiteY306" fmla="*/ 174789 h 390417"/>
                              <a:gd name="connsiteX307" fmla="*/ 412679 w 466816"/>
                              <a:gd name="connsiteY307" fmla="*/ 173844 h 390417"/>
                              <a:gd name="connsiteX308" fmla="*/ 417262 w 466816"/>
                              <a:gd name="connsiteY308" fmla="*/ 169262 h 390417"/>
                              <a:gd name="connsiteX309" fmla="*/ 417941 w 466816"/>
                              <a:gd name="connsiteY309" fmla="*/ 167226 h 390417"/>
                              <a:gd name="connsiteX310" fmla="*/ 420147 w 466816"/>
                              <a:gd name="connsiteY310" fmla="*/ 164680 h 390417"/>
                              <a:gd name="connsiteX311" fmla="*/ 422523 w 466816"/>
                              <a:gd name="connsiteY311" fmla="*/ 161772 h 390417"/>
                              <a:gd name="connsiteX312" fmla="*/ 428293 w 466816"/>
                              <a:gd name="connsiteY312" fmla="*/ 154136 h 390417"/>
                              <a:gd name="connsiteX313" fmla="*/ 432649 w 466816"/>
                              <a:gd name="connsiteY313" fmla="*/ 146863 h 390417"/>
                              <a:gd name="connsiteX314" fmla="*/ 433102 w 466816"/>
                              <a:gd name="connsiteY314" fmla="*/ 146136 h 390417"/>
                              <a:gd name="connsiteX315" fmla="*/ 435478 w 466816"/>
                              <a:gd name="connsiteY315" fmla="*/ 140245 h 390417"/>
                              <a:gd name="connsiteX316" fmla="*/ 437232 w 466816"/>
                              <a:gd name="connsiteY316" fmla="*/ 138936 h 390417"/>
                              <a:gd name="connsiteX317" fmla="*/ 440061 w 466816"/>
                              <a:gd name="connsiteY317" fmla="*/ 130791 h 390417"/>
                              <a:gd name="connsiteX318" fmla="*/ 441192 w 466816"/>
                              <a:gd name="connsiteY318" fmla="*/ 125410 h 390417"/>
                              <a:gd name="connsiteX319" fmla="*/ 442833 w 466816"/>
                              <a:gd name="connsiteY319" fmla="*/ 118574 h 390417"/>
                              <a:gd name="connsiteX320" fmla="*/ 444247 w 466816"/>
                              <a:gd name="connsiteY320" fmla="*/ 109629 h 390417"/>
                              <a:gd name="connsiteX321" fmla="*/ 444869 w 466816"/>
                              <a:gd name="connsiteY321" fmla="*/ 107374 h 390417"/>
                              <a:gd name="connsiteX322" fmla="*/ 445322 w 466816"/>
                              <a:gd name="connsiteY322" fmla="*/ 105411 h 390417"/>
                              <a:gd name="connsiteX323" fmla="*/ 446623 w 466816"/>
                              <a:gd name="connsiteY323" fmla="*/ 99593 h 390417"/>
                              <a:gd name="connsiteX324" fmla="*/ 450866 w 466816"/>
                              <a:gd name="connsiteY324" fmla="*/ 96611 h 390417"/>
                              <a:gd name="connsiteX325" fmla="*/ 451488 w 466816"/>
                              <a:gd name="connsiteY325" fmla="*/ 94211 h 390417"/>
                              <a:gd name="connsiteX326" fmla="*/ 451997 w 466816"/>
                              <a:gd name="connsiteY326" fmla="*/ 94939 h 390417"/>
                              <a:gd name="connsiteX327" fmla="*/ 454996 w 466816"/>
                              <a:gd name="connsiteY327" fmla="*/ 94866 h 390417"/>
                              <a:gd name="connsiteX328" fmla="*/ 458390 w 466816"/>
                              <a:gd name="connsiteY328" fmla="*/ 94648 h 390417"/>
                              <a:gd name="connsiteX329" fmla="*/ 460144 w 466816"/>
                              <a:gd name="connsiteY329" fmla="*/ 96248 h 390417"/>
                              <a:gd name="connsiteX330" fmla="*/ 460540 w 466816"/>
                              <a:gd name="connsiteY330" fmla="*/ 96684 h 390417"/>
                              <a:gd name="connsiteX331" fmla="*/ 466027 w 466816"/>
                              <a:gd name="connsiteY331" fmla="*/ 105847 h 390417"/>
                              <a:gd name="connsiteX332" fmla="*/ 466763 w 466816"/>
                              <a:gd name="connsiteY332" fmla="*/ 111229 h 390417"/>
                              <a:gd name="connsiteX333" fmla="*/ 462407 w 466816"/>
                              <a:gd name="connsiteY333" fmla="*/ 126573 h 390417"/>
                              <a:gd name="connsiteX334" fmla="*/ 457032 w 466816"/>
                              <a:gd name="connsiteY334" fmla="*/ 133773 h 390417"/>
                              <a:gd name="connsiteX335" fmla="*/ 453751 w 466816"/>
                              <a:gd name="connsiteY335" fmla="*/ 139155 h 390417"/>
                              <a:gd name="connsiteX336" fmla="*/ 450244 w 466816"/>
                              <a:gd name="connsiteY336" fmla="*/ 151663 h 390417"/>
                              <a:gd name="connsiteX337" fmla="*/ 450187 w 466816"/>
                              <a:gd name="connsiteY337" fmla="*/ 151881 h 390417"/>
                              <a:gd name="connsiteX338" fmla="*/ 448377 w 466816"/>
                              <a:gd name="connsiteY338" fmla="*/ 172826 h 390417"/>
                              <a:gd name="connsiteX339" fmla="*/ 449848 w 466816"/>
                              <a:gd name="connsiteY339" fmla="*/ 180898 h 390417"/>
                              <a:gd name="connsiteX340" fmla="*/ 450923 w 466816"/>
                              <a:gd name="connsiteY340" fmla="*/ 186352 h 390417"/>
                              <a:gd name="connsiteX341" fmla="*/ 453299 w 466816"/>
                              <a:gd name="connsiteY341" fmla="*/ 202279 h 390417"/>
                              <a:gd name="connsiteX342" fmla="*/ 456806 w 466816"/>
                              <a:gd name="connsiteY342" fmla="*/ 224023 h 390417"/>
                              <a:gd name="connsiteX343" fmla="*/ 459408 w 466816"/>
                              <a:gd name="connsiteY343" fmla="*/ 239004 h 390417"/>
                              <a:gd name="connsiteX344" fmla="*/ 461615 w 466816"/>
                              <a:gd name="connsiteY344" fmla="*/ 257694 h 390417"/>
                              <a:gd name="connsiteX345" fmla="*/ 459918 w 466816"/>
                              <a:gd name="connsiteY345" fmla="*/ 267002 h 390417"/>
                              <a:gd name="connsiteX346" fmla="*/ 453638 w 466816"/>
                              <a:gd name="connsiteY346" fmla="*/ 280747 h 390417"/>
                              <a:gd name="connsiteX347" fmla="*/ 452337 w 466816"/>
                              <a:gd name="connsiteY347" fmla="*/ 282856 h 390417"/>
                              <a:gd name="connsiteX348" fmla="*/ 445491 w 466816"/>
                              <a:gd name="connsiteY348" fmla="*/ 290928 h 390417"/>
                              <a:gd name="connsiteX349" fmla="*/ 438929 w 466816"/>
                              <a:gd name="connsiteY349" fmla="*/ 295728 h 390417"/>
                              <a:gd name="connsiteX350" fmla="*/ 433328 w 466816"/>
                              <a:gd name="connsiteY350" fmla="*/ 298783 h 390417"/>
                              <a:gd name="connsiteX351" fmla="*/ 423089 w 466816"/>
                              <a:gd name="connsiteY351" fmla="*/ 302128 h 390417"/>
                              <a:gd name="connsiteX352" fmla="*/ 416639 w 466816"/>
                              <a:gd name="connsiteY352" fmla="*/ 302782 h 390417"/>
                              <a:gd name="connsiteX353" fmla="*/ 416696 w 466816"/>
                              <a:gd name="connsiteY353" fmla="*/ 302928 h 390417"/>
                              <a:gd name="connsiteX354" fmla="*/ 413075 w 466816"/>
                              <a:gd name="connsiteY354" fmla="*/ 303219 h 390417"/>
                              <a:gd name="connsiteX355" fmla="*/ 398932 w 466816"/>
                              <a:gd name="connsiteY355" fmla="*/ 304600 h 390417"/>
                              <a:gd name="connsiteX356" fmla="*/ 394406 w 466816"/>
                              <a:gd name="connsiteY356" fmla="*/ 304746 h 390417"/>
                              <a:gd name="connsiteX357" fmla="*/ 386486 w 466816"/>
                              <a:gd name="connsiteY357" fmla="*/ 305255 h 390417"/>
                              <a:gd name="connsiteX358" fmla="*/ 382922 w 466816"/>
                              <a:gd name="connsiteY358" fmla="*/ 305255 h 390417"/>
                              <a:gd name="connsiteX359" fmla="*/ 377152 w 466816"/>
                              <a:gd name="connsiteY359" fmla="*/ 304819 h 390417"/>
                              <a:gd name="connsiteX360" fmla="*/ 370815 w 466816"/>
                              <a:gd name="connsiteY360" fmla="*/ 304891 h 390417"/>
                              <a:gd name="connsiteX361" fmla="*/ 361990 w 466816"/>
                              <a:gd name="connsiteY361" fmla="*/ 304019 h 390417"/>
                              <a:gd name="connsiteX362" fmla="*/ 359162 w 466816"/>
                              <a:gd name="connsiteY362" fmla="*/ 303946 h 390417"/>
                              <a:gd name="connsiteX363" fmla="*/ 356163 w 466816"/>
                              <a:gd name="connsiteY363" fmla="*/ 302201 h 390417"/>
                              <a:gd name="connsiteX364" fmla="*/ 356107 w 466816"/>
                              <a:gd name="connsiteY364" fmla="*/ 299728 h 390417"/>
                              <a:gd name="connsiteX365" fmla="*/ 358822 w 466816"/>
                              <a:gd name="connsiteY365" fmla="*/ 297910 h 390417"/>
                              <a:gd name="connsiteX366" fmla="*/ 357917 w 466816"/>
                              <a:gd name="connsiteY366" fmla="*/ 295728 h 390417"/>
                              <a:gd name="connsiteX367" fmla="*/ 358256 w 466816"/>
                              <a:gd name="connsiteY367" fmla="*/ 295365 h 390417"/>
                              <a:gd name="connsiteX368" fmla="*/ 359388 w 466816"/>
                              <a:gd name="connsiteY368" fmla="*/ 296964 h 390417"/>
                              <a:gd name="connsiteX369" fmla="*/ 360010 w 466816"/>
                              <a:gd name="connsiteY369" fmla="*/ 294856 h 390417"/>
                              <a:gd name="connsiteX370" fmla="*/ 363801 w 466816"/>
                              <a:gd name="connsiteY370" fmla="*/ 296237 h 390417"/>
                              <a:gd name="connsiteX371" fmla="*/ 361990 w 466816"/>
                              <a:gd name="connsiteY371" fmla="*/ 292819 h 390417"/>
                              <a:gd name="connsiteX372" fmla="*/ 364027 w 466816"/>
                              <a:gd name="connsiteY372" fmla="*/ 293692 h 390417"/>
                              <a:gd name="connsiteX373" fmla="*/ 366742 w 466816"/>
                              <a:gd name="connsiteY373" fmla="*/ 293910 h 390417"/>
                              <a:gd name="connsiteX374" fmla="*/ 370815 w 466816"/>
                              <a:gd name="connsiteY374" fmla="*/ 295655 h 390417"/>
                              <a:gd name="connsiteX375" fmla="*/ 372400 w 466816"/>
                              <a:gd name="connsiteY375" fmla="*/ 293474 h 390417"/>
                              <a:gd name="connsiteX376" fmla="*/ 376133 w 466816"/>
                              <a:gd name="connsiteY376" fmla="*/ 292965 h 390417"/>
                              <a:gd name="connsiteX377" fmla="*/ 381734 w 466816"/>
                              <a:gd name="connsiteY377" fmla="*/ 294637 h 390417"/>
                              <a:gd name="connsiteX378" fmla="*/ 385015 w 466816"/>
                              <a:gd name="connsiteY378" fmla="*/ 293765 h 390417"/>
                              <a:gd name="connsiteX379" fmla="*/ 388806 w 466816"/>
                              <a:gd name="connsiteY379" fmla="*/ 293910 h 390417"/>
                              <a:gd name="connsiteX380" fmla="*/ 391408 w 466816"/>
                              <a:gd name="connsiteY380" fmla="*/ 294783 h 390417"/>
                              <a:gd name="connsiteX381" fmla="*/ 391578 w 466816"/>
                              <a:gd name="connsiteY381" fmla="*/ 293983 h 390417"/>
                              <a:gd name="connsiteX382" fmla="*/ 390446 w 466816"/>
                              <a:gd name="connsiteY382" fmla="*/ 293474 h 390417"/>
                              <a:gd name="connsiteX383" fmla="*/ 390786 w 466816"/>
                              <a:gd name="connsiteY383" fmla="*/ 293183 h 390417"/>
                              <a:gd name="connsiteX384" fmla="*/ 398084 w 466816"/>
                              <a:gd name="connsiteY384" fmla="*/ 292601 h 390417"/>
                              <a:gd name="connsiteX385" fmla="*/ 402270 w 466816"/>
                              <a:gd name="connsiteY385" fmla="*/ 291947 h 390417"/>
                              <a:gd name="connsiteX386" fmla="*/ 403571 w 466816"/>
                              <a:gd name="connsiteY386" fmla="*/ 292965 h 390417"/>
                              <a:gd name="connsiteX387" fmla="*/ 407701 w 466816"/>
                              <a:gd name="connsiteY387" fmla="*/ 291874 h 390417"/>
                              <a:gd name="connsiteX388" fmla="*/ 411887 w 466816"/>
                              <a:gd name="connsiteY388" fmla="*/ 291074 h 390417"/>
                              <a:gd name="connsiteX389" fmla="*/ 419129 w 466816"/>
                              <a:gd name="connsiteY389" fmla="*/ 289765 h 390417"/>
                              <a:gd name="connsiteX390" fmla="*/ 420713 w 466816"/>
                              <a:gd name="connsiteY390" fmla="*/ 289038 h 390417"/>
                              <a:gd name="connsiteX391" fmla="*/ 424899 w 466816"/>
                              <a:gd name="connsiteY391" fmla="*/ 288092 h 390417"/>
                              <a:gd name="connsiteX392" fmla="*/ 427445 w 466816"/>
                              <a:gd name="connsiteY392" fmla="*/ 286856 h 390417"/>
                              <a:gd name="connsiteX393" fmla="*/ 427275 w 466816"/>
                              <a:gd name="connsiteY393" fmla="*/ 286492 h 390417"/>
                              <a:gd name="connsiteX394" fmla="*/ 431688 w 466816"/>
                              <a:gd name="connsiteY394" fmla="*/ 283292 h 390417"/>
                              <a:gd name="connsiteX395" fmla="*/ 437006 w 466816"/>
                              <a:gd name="connsiteY395" fmla="*/ 279002 h 390417"/>
                              <a:gd name="connsiteX396" fmla="*/ 441192 w 466816"/>
                              <a:gd name="connsiteY396" fmla="*/ 273911 h 390417"/>
                              <a:gd name="connsiteX397" fmla="*/ 446566 w 466816"/>
                              <a:gd name="connsiteY397" fmla="*/ 265912 h 390417"/>
                              <a:gd name="connsiteX398" fmla="*/ 448150 w 466816"/>
                              <a:gd name="connsiteY398" fmla="*/ 260530 h 390417"/>
                              <a:gd name="connsiteX399" fmla="*/ 448886 w 466816"/>
                              <a:gd name="connsiteY399" fmla="*/ 249331 h 390417"/>
                              <a:gd name="connsiteX400" fmla="*/ 448264 w 466816"/>
                              <a:gd name="connsiteY400" fmla="*/ 247658 h 390417"/>
                              <a:gd name="connsiteX401" fmla="*/ 447924 w 466816"/>
                              <a:gd name="connsiteY401" fmla="*/ 246204 h 390417"/>
                              <a:gd name="connsiteX402" fmla="*/ 446397 w 466816"/>
                              <a:gd name="connsiteY402" fmla="*/ 233622 h 390417"/>
                              <a:gd name="connsiteX403" fmla="*/ 444417 w 466816"/>
                              <a:gd name="connsiteY403" fmla="*/ 225695 h 390417"/>
                              <a:gd name="connsiteX404" fmla="*/ 442323 w 466816"/>
                              <a:gd name="connsiteY404" fmla="*/ 214423 h 390417"/>
                              <a:gd name="connsiteX405" fmla="*/ 439495 w 466816"/>
                              <a:gd name="connsiteY405" fmla="*/ 199660 h 390417"/>
                              <a:gd name="connsiteX406" fmla="*/ 437628 w 466816"/>
                              <a:gd name="connsiteY406" fmla="*/ 189334 h 390417"/>
                              <a:gd name="connsiteX407" fmla="*/ 438137 w 466816"/>
                              <a:gd name="connsiteY407" fmla="*/ 188461 h 390417"/>
                              <a:gd name="connsiteX408" fmla="*/ 437571 w 466816"/>
                              <a:gd name="connsiteY408" fmla="*/ 185189 h 390417"/>
                              <a:gd name="connsiteX409" fmla="*/ 437006 w 466816"/>
                              <a:gd name="connsiteY409" fmla="*/ 176680 h 390417"/>
                              <a:gd name="connsiteX410" fmla="*/ 436836 w 466816"/>
                              <a:gd name="connsiteY410" fmla="*/ 176025 h 390417"/>
                              <a:gd name="connsiteX411" fmla="*/ 431348 w 466816"/>
                              <a:gd name="connsiteY411" fmla="*/ 173407 h 390417"/>
                              <a:gd name="connsiteX412" fmla="*/ 430839 w 466816"/>
                              <a:gd name="connsiteY412" fmla="*/ 173698 h 390417"/>
                              <a:gd name="connsiteX413" fmla="*/ 427897 w 466816"/>
                              <a:gd name="connsiteY413" fmla="*/ 173698 h 390417"/>
                              <a:gd name="connsiteX414" fmla="*/ 424164 w 466816"/>
                              <a:gd name="connsiteY414" fmla="*/ 179807 h 390417"/>
                              <a:gd name="connsiteX415" fmla="*/ 421618 w 466816"/>
                              <a:gd name="connsiteY415" fmla="*/ 183152 h 390417"/>
                              <a:gd name="connsiteX416" fmla="*/ 421109 w 466816"/>
                              <a:gd name="connsiteY416" fmla="*/ 183443 h 390417"/>
                              <a:gd name="connsiteX417" fmla="*/ 418846 w 466816"/>
                              <a:gd name="connsiteY417" fmla="*/ 187007 h 390417"/>
                              <a:gd name="connsiteX418" fmla="*/ 414037 w 466816"/>
                              <a:gd name="connsiteY418" fmla="*/ 194933 h 390417"/>
                              <a:gd name="connsiteX419" fmla="*/ 412340 w 466816"/>
                              <a:gd name="connsiteY419" fmla="*/ 196824 h 390417"/>
                              <a:gd name="connsiteX420" fmla="*/ 409398 w 466816"/>
                              <a:gd name="connsiteY420" fmla="*/ 200533 h 390417"/>
                              <a:gd name="connsiteX421" fmla="*/ 409059 w 466816"/>
                              <a:gd name="connsiteY421" fmla="*/ 201115 h 390417"/>
                              <a:gd name="connsiteX422" fmla="*/ 402553 w 466816"/>
                              <a:gd name="connsiteY422" fmla="*/ 210060 h 390417"/>
                              <a:gd name="connsiteX423" fmla="*/ 398480 w 466816"/>
                              <a:gd name="connsiteY423" fmla="*/ 215151 h 390417"/>
                              <a:gd name="connsiteX424" fmla="*/ 396047 w 466816"/>
                              <a:gd name="connsiteY424" fmla="*/ 218569 h 390417"/>
                              <a:gd name="connsiteX425" fmla="*/ 389541 w 466816"/>
                              <a:gd name="connsiteY425" fmla="*/ 225914 h 390417"/>
                              <a:gd name="connsiteX426" fmla="*/ 388523 w 466816"/>
                              <a:gd name="connsiteY426" fmla="*/ 226423 h 390417"/>
                              <a:gd name="connsiteX427" fmla="*/ 386543 w 466816"/>
                              <a:gd name="connsiteY427" fmla="*/ 228895 h 390417"/>
                              <a:gd name="connsiteX428" fmla="*/ 380037 w 466816"/>
                              <a:gd name="connsiteY428" fmla="*/ 235586 h 390417"/>
                              <a:gd name="connsiteX429" fmla="*/ 377887 w 466816"/>
                              <a:gd name="connsiteY429" fmla="*/ 239658 h 390417"/>
                              <a:gd name="connsiteX430" fmla="*/ 375341 w 466816"/>
                              <a:gd name="connsiteY430" fmla="*/ 242422 h 390417"/>
                              <a:gd name="connsiteX431" fmla="*/ 371834 w 466816"/>
                              <a:gd name="connsiteY431" fmla="*/ 247149 h 390417"/>
                              <a:gd name="connsiteX432" fmla="*/ 369797 w 466816"/>
                              <a:gd name="connsiteY432" fmla="*/ 249112 h 390417"/>
                              <a:gd name="connsiteX433" fmla="*/ 368100 w 466816"/>
                              <a:gd name="connsiteY433" fmla="*/ 251440 h 390417"/>
                              <a:gd name="connsiteX434" fmla="*/ 363970 w 466816"/>
                              <a:gd name="connsiteY434" fmla="*/ 256748 h 390417"/>
                              <a:gd name="connsiteX435" fmla="*/ 360350 w 466816"/>
                              <a:gd name="connsiteY435" fmla="*/ 260530 h 390417"/>
                              <a:gd name="connsiteX436" fmla="*/ 356163 w 466816"/>
                              <a:gd name="connsiteY436" fmla="*/ 265548 h 390417"/>
                              <a:gd name="connsiteX437" fmla="*/ 355711 w 466816"/>
                              <a:gd name="connsiteY437" fmla="*/ 267002 h 390417"/>
                              <a:gd name="connsiteX438" fmla="*/ 354013 w 466816"/>
                              <a:gd name="connsiteY438" fmla="*/ 268239 h 390417"/>
                              <a:gd name="connsiteX439" fmla="*/ 348639 w 466816"/>
                              <a:gd name="connsiteY439" fmla="*/ 272820 h 390417"/>
                              <a:gd name="connsiteX440" fmla="*/ 343830 w 466816"/>
                              <a:gd name="connsiteY440" fmla="*/ 276238 h 390417"/>
                              <a:gd name="connsiteX441" fmla="*/ 334043 w 466816"/>
                              <a:gd name="connsiteY441" fmla="*/ 276093 h 390417"/>
                              <a:gd name="connsiteX442" fmla="*/ 330592 w 466816"/>
                              <a:gd name="connsiteY442" fmla="*/ 273111 h 390417"/>
                              <a:gd name="connsiteX443" fmla="*/ 328103 w 466816"/>
                              <a:gd name="connsiteY443" fmla="*/ 261112 h 390417"/>
                              <a:gd name="connsiteX444" fmla="*/ 328499 w 466816"/>
                              <a:gd name="connsiteY444" fmla="*/ 251512 h 390417"/>
                              <a:gd name="connsiteX445" fmla="*/ 328952 w 466816"/>
                              <a:gd name="connsiteY445" fmla="*/ 246713 h 390417"/>
                              <a:gd name="connsiteX446" fmla="*/ 329348 w 466816"/>
                              <a:gd name="connsiteY446" fmla="*/ 243295 h 390417"/>
                              <a:gd name="connsiteX447" fmla="*/ 329065 w 466816"/>
                              <a:gd name="connsiteY447" fmla="*/ 241913 h 390417"/>
                              <a:gd name="connsiteX448" fmla="*/ 327877 w 466816"/>
                              <a:gd name="connsiteY448" fmla="*/ 242058 h 390417"/>
                              <a:gd name="connsiteX449" fmla="*/ 323068 w 466816"/>
                              <a:gd name="connsiteY449" fmla="*/ 243804 h 390417"/>
                              <a:gd name="connsiteX450" fmla="*/ 323068 w 466816"/>
                              <a:gd name="connsiteY450" fmla="*/ 243804 h 390417"/>
                              <a:gd name="connsiteX451" fmla="*/ 318769 w 466816"/>
                              <a:gd name="connsiteY451" fmla="*/ 248531 h 390417"/>
                              <a:gd name="connsiteX452" fmla="*/ 313507 w 466816"/>
                              <a:gd name="connsiteY452" fmla="*/ 255803 h 390417"/>
                              <a:gd name="connsiteX453" fmla="*/ 312376 w 466816"/>
                              <a:gd name="connsiteY453" fmla="*/ 256821 h 390417"/>
                              <a:gd name="connsiteX454" fmla="*/ 308868 w 466816"/>
                              <a:gd name="connsiteY454" fmla="*/ 262348 h 390417"/>
                              <a:gd name="connsiteX455" fmla="*/ 302985 w 466816"/>
                              <a:gd name="connsiteY455" fmla="*/ 269111 h 390417"/>
                              <a:gd name="connsiteX456" fmla="*/ 299760 w 466816"/>
                              <a:gd name="connsiteY456" fmla="*/ 271075 h 390417"/>
                              <a:gd name="connsiteX457" fmla="*/ 295743 w 466816"/>
                              <a:gd name="connsiteY457" fmla="*/ 275802 h 390417"/>
                              <a:gd name="connsiteX458" fmla="*/ 295461 w 466816"/>
                              <a:gd name="connsiteY458" fmla="*/ 276093 h 390417"/>
                              <a:gd name="connsiteX459" fmla="*/ 294669 w 466816"/>
                              <a:gd name="connsiteY459" fmla="*/ 276602 h 390417"/>
                              <a:gd name="connsiteX460" fmla="*/ 294103 w 466816"/>
                              <a:gd name="connsiteY460" fmla="*/ 277184 h 390417"/>
                              <a:gd name="connsiteX461" fmla="*/ 292915 w 466816"/>
                              <a:gd name="connsiteY461" fmla="*/ 278129 h 390417"/>
                              <a:gd name="connsiteX462" fmla="*/ 288672 w 466816"/>
                              <a:gd name="connsiteY462" fmla="*/ 282202 h 390417"/>
                              <a:gd name="connsiteX463" fmla="*/ 287371 w 466816"/>
                              <a:gd name="connsiteY463" fmla="*/ 284020 h 390417"/>
                              <a:gd name="connsiteX464" fmla="*/ 286692 w 466816"/>
                              <a:gd name="connsiteY464" fmla="*/ 285038 h 390417"/>
                              <a:gd name="connsiteX465" fmla="*/ 281827 w 466816"/>
                              <a:gd name="connsiteY465" fmla="*/ 289619 h 390417"/>
                              <a:gd name="connsiteX466" fmla="*/ 278489 w 466816"/>
                              <a:gd name="connsiteY466" fmla="*/ 293765 h 390417"/>
                              <a:gd name="connsiteX467" fmla="*/ 277414 w 466816"/>
                              <a:gd name="connsiteY467" fmla="*/ 295074 h 390417"/>
                              <a:gd name="connsiteX468" fmla="*/ 275377 w 466816"/>
                              <a:gd name="connsiteY468" fmla="*/ 297837 h 390417"/>
                              <a:gd name="connsiteX469" fmla="*/ 273397 w 466816"/>
                              <a:gd name="connsiteY469" fmla="*/ 300455 h 390417"/>
                              <a:gd name="connsiteX470" fmla="*/ 265024 w 466816"/>
                              <a:gd name="connsiteY470" fmla="*/ 309327 h 390417"/>
                              <a:gd name="connsiteX471" fmla="*/ 258688 w 466816"/>
                              <a:gd name="connsiteY471" fmla="*/ 314564 h 390417"/>
                              <a:gd name="connsiteX472" fmla="*/ 257500 w 466816"/>
                              <a:gd name="connsiteY472" fmla="*/ 317327 h 390417"/>
                              <a:gd name="connsiteX473" fmla="*/ 253257 w 466816"/>
                              <a:gd name="connsiteY473" fmla="*/ 318854 h 390417"/>
                              <a:gd name="connsiteX474" fmla="*/ 249580 w 466816"/>
                              <a:gd name="connsiteY474" fmla="*/ 319218 h 390417"/>
                              <a:gd name="connsiteX475" fmla="*/ 246921 w 466816"/>
                              <a:gd name="connsiteY475" fmla="*/ 318782 h 390417"/>
                              <a:gd name="connsiteX476" fmla="*/ 241377 w 466816"/>
                              <a:gd name="connsiteY476" fmla="*/ 314709 h 390417"/>
                              <a:gd name="connsiteX477" fmla="*/ 237078 w 466816"/>
                              <a:gd name="connsiteY477" fmla="*/ 307437 h 390417"/>
                              <a:gd name="connsiteX478" fmla="*/ 237078 w 466816"/>
                              <a:gd name="connsiteY478" fmla="*/ 287510 h 390417"/>
                              <a:gd name="connsiteX479" fmla="*/ 228535 w 466816"/>
                              <a:gd name="connsiteY479" fmla="*/ 292237 h 390417"/>
                              <a:gd name="connsiteX480" fmla="*/ 227121 w 466816"/>
                              <a:gd name="connsiteY480" fmla="*/ 293037 h 390417"/>
                              <a:gd name="connsiteX481" fmla="*/ 224575 w 466816"/>
                              <a:gd name="connsiteY481" fmla="*/ 297255 h 390417"/>
                              <a:gd name="connsiteX482" fmla="*/ 223613 w 466816"/>
                              <a:gd name="connsiteY482" fmla="*/ 298419 h 390417"/>
                              <a:gd name="connsiteX483" fmla="*/ 218578 w 466816"/>
                              <a:gd name="connsiteY483" fmla="*/ 304164 h 390417"/>
                              <a:gd name="connsiteX484" fmla="*/ 217956 w 466816"/>
                              <a:gd name="connsiteY484" fmla="*/ 305110 h 390417"/>
                              <a:gd name="connsiteX485" fmla="*/ 209527 w 466816"/>
                              <a:gd name="connsiteY485" fmla="*/ 312600 h 390417"/>
                              <a:gd name="connsiteX486" fmla="*/ 207207 w 466816"/>
                              <a:gd name="connsiteY486" fmla="*/ 315436 h 390417"/>
                              <a:gd name="connsiteX487" fmla="*/ 201946 w 466816"/>
                              <a:gd name="connsiteY487" fmla="*/ 321327 h 390417"/>
                              <a:gd name="connsiteX488" fmla="*/ 201324 w 466816"/>
                              <a:gd name="connsiteY488" fmla="*/ 322563 h 390417"/>
                              <a:gd name="connsiteX489" fmla="*/ 199683 w 466816"/>
                              <a:gd name="connsiteY489" fmla="*/ 323509 h 390417"/>
                              <a:gd name="connsiteX490" fmla="*/ 195157 w 466816"/>
                              <a:gd name="connsiteY490" fmla="*/ 326781 h 390417"/>
                              <a:gd name="connsiteX491" fmla="*/ 191310 w 466816"/>
                              <a:gd name="connsiteY491" fmla="*/ 330490 h 390417"/>
                              <a:gd name="connsiteX492" fmla="*/ 190179 w 466816"/>
                              <a:gd name="connsiteY492" fmla="*/ 331799 h 390417"/>
                              <a:gd name="connsiteX493" fmla="*/ 189500 w 466816"/>
                              <a:gd name="connsiteY493" fmla="*/ 332817 h 390417"/>
                              <a:gd name="connsiteX494" fmla="*/ 183560 w 466816"/>
                              <a:gd name="connsiteY494" fmla="*/ 337762 h 390417"/>
                              <a:gd name="connsiteX495" fmla="*/ 177167 w 466816"/>
                              <a:gd name="connsiteY495" fmla="*/ 345616 h 390417"/>
                              <a:gd name="connsiteX496" fmla="*/ 173716 w 466816"/>
                              <a:gd name="connsiteY496" fmla="*/ 349034 h 390417"/>
                              <a:gd name="connsiteX497" fmla="*/ 163646 w 466816"/>
                              <a:gd name="connsiteY497" fmla="*/ 360016 h 390417"/>
                              <a:gd name="connsiteX498" fmla="*/ 152841 w 466816"/>
                              <a:gd name="connsiteY498" fmla="*/ 371506 h 390417"/>
                              <a:gd name="connsiteX499" fmla="*/ 146787 w 466816"/>
                              <a:gd name="connsiteY499" fmla="*/ 377251 h 390417"/>
                              <a:gd name="connsiteX500" fmla="*/ 133040 w 466816"/>
                              <a:gd name="connsiteY500" fmla="*/ 386196 h 390417"/>
                              <a:gd name="connsiteX501" fmla="*/ 129929 w 466816"/>
                              <a:gd name="connsiteY501" fmla="*/ 387214 h 390417"/>
                              <a:gd name="connsiteX502" fmla="*/ 125629 w 466816"/>
                              <a:gd name="connsiteY502" fmla="*/ 388669 h 390417"/>
                              <a:gd name="connsiteX503" fmla="*/ 111090 w 466816"/>
                              <a:gd name="connsiteY503" fmla="*/ 390341 h 390417"/>
                              <a:gd name="connsiteX504" fmla="*/ 104924 w 466816"/>
                              <a:gd name="connsiteY504" fmla="*/ 389105 h 390417"/>
                              <a:gd name="connsiteX505" fmla="*/ 99040 w 466816"/>
                              <a:gd name="connsiteY505" fmla="*/ 383578 h 390417"/>
                              <a:gd name="connsiteX506" fmla="*/ 84388 w 466816"/>
                              <a:gd name="connsiteY506" fmla="*/ 379360 h 390417"/>
                              <a:gd name="connsiteX507" fmla="*/ 81559 w 466816"/>
                              <a:gd name="connsiteY507" fmla="*/ 381760 h 390417"/>
                              <a:gd name="connsiteX508" fmla="*/ 74601 w 466816"/>
                              <a:gd name="connsiteY508" fmla="*/ 385033 h 390417"/>
                              <a:gd name="connsiteX509" fmla="*/ 71433 w 466816"/>
                              <a:gd name="connsiteY509" fmla="*/ 382778 h 390417"/>
                              <a:gd name="connsiteX510" fmla="*/ 67020 w 466816"/>
                              <a:gd name="connsiteY510" fmla="*/ 369106 h 390417"/>
                              <a:gd name="connsiteX511" fmla="*/ 66737 w 466816"/>
                              <a:gd name="connsiteY511" fmla="*/ 367434 h 390417"/>
                              <a:gd name="connsiteX512" fmla="*/ 64927 w 466816"/>
                              <a:gd name="connsiteY512" fmla="*/ 349253 h 390417"/>
                              <a:gd name="connsiteX513" fmla="*/ 69057 w 466816"/>
                              <a:gd name="connsiteY513" fmla="*/ 337981 h 390417"/>
                              <a:gd name="connsiteX514" fmla="*/ 76072 w 466816"/>
                              <a:gd name="connsiteY514" fmla="*/ 324672 h 390417"/>
                              <a:gd name="connsiteX515" fmla="*/ 78731 w 466816"/>
                              <a:gd name="connsiteY515" fmla="*/ 320890 h 390417"/>
                              <a:gd name="connsiteX516" fmla="*/ 84557 w 466816"/>
                              <a:gd name="connsiteY516" fmla="*/ 312964 h 390417"/>
                              <a:gd name="connsiteX517" fmla="*/ 87782 w 466816"/>
                              <a:gd name="connsiteY517" fmla="*/ 306855 h 390417"/>
                              <a:gd name="connsiteX518" fmla="*/ 94005 w 466816"/>
                              <a:gd name="connsiteY518" fmla="*/ 291510 h 390417"/>
                              <a:gd name="connsiteX519" fmla="*/ 95702 w 466816"/>
                              <a:gd name="connsiteY519" fmla="*/ 288238 h 390417"/>
                              <a:gd name="connsiteX520" fmla="*/ 98248 w 466816"/>
                              <a:gd name="connsiteY520" fmla="*/ 283292 h 390417"/>
                              <a:gd name="connsiteX521" fmla="*/ 104301 w 466816"/>
                              <a:gd name="connsiteY521" fmla="*/ 268675 h 390417"/>
                              <a:gd name="connsiteX522" fmla="*/ 108431 w 466816"/>
                              <a:gd name="connsiteY522" fmla="*/ 257548 h 390417"/>
                              <a:gd name="connsiteX523" fmla="*/ 114428 w 466816"/>
                              <a:gd name="connsiteY523" fmla="*/ 246349 h 390417"/>
                              <a:gd name="connsiteX524" fmla="*/ 122235 w 466816"/>
                              <a:gd name="connsiteY524" fmla="*/ 235295 h 390417"/>
                              <a:gd name="connsiteX525" fmla="*/ 126648 w 466816"/>
                              <a:gd name="connsiteY525" fmla="*/ 228386 h 390417"/>
                              <a:gd name="connsiteX526" fmla="*/ 129476 w 466816"/>
                              <a:gd name="connsiteY526" fmla="*/ 220896 h 390417"/>
                              <a:gd name="connsiteX527" fmla="*/ 130155 w 466816"/>
                              <a:gd name="connsiteY527" fmla="*/ 217550 h 390417"/>
                              <a:gd name="connsiteX528" fmla="*/ 132701 w 466816"/>
                              <a:gd name="connsiteY528" fmla="*/ 211442 h 390417"/>
                              <a:gd name="connsiteX529" fmla="*/ 136944 w 466816"/>
                              <a:gd name="connsiteY529" fmla="*/ 203588 h 390417"/>
                              <a:gd name="connsiteX530" fmla="*/ 72055 w 466816"/>
                              <a:gd name="connsiteY530" fmla="*/ 140682 h 390417"/>
                              <a:gd name="connsiteX531" fmla="*/ 71998 w 466816"/>
                              <a:gd name="connsiteY531" fmla="*/ 140245 h 390417"/>
                              <a:gd name="connsiteX532" fmla="*/ 72281 w 466816"/>
                              <a:gd name="connsiteY532" fmla="*/ 136537 h 390417"/>
                              <a:gd name="connsiteX533" fmla="*/ 68208 w 466816"/>
                              <a:gd name="connsiteY533" fmla="*/ 129700 h 390417"/>
                              <a:gd name="connsiteX534" fmla="*/ 59665 w 466816"/>
                              <a:gd name="connsiteY534" fmla="*/ 133046 h 390417"/>
                              <a:gd name="connsiteX535" fmla="*/ 57346 w 466816"/>
                              <a:gd name="connsiteY535" fmla="*/ 134500 h 390417"/>
                              <a:gd name="connsiteX536" fmla="*/ 53556 w 466816"/>
                              <a:gd name="connsiteY536" fmla="*/ 136682 h 390417"/>
                              <a:gd name="connsiteX537" fmla="*/ 50670 w 466816"/>
                              <a:gd name="connsiteY537" fmla="*/ 139155 h 390417"/>
                              <a:gd name="connsiteX538" fmla="*/ 38394 w 466816"/>
                              <a:gd name="connsiteY538" fmla="*/ 149045 h 390417"/>
                              <a:gd name="connsiteX539" fmla="*/ 17802 w 466816"/>
                              <a:gd name="connsiteY539" fmla="*/ 174862 h 390417"/>
                              <a:gd name="connsiteX540" fmla="*/ 9881 w 466816"/>
                              <a:gd name="connsiteY540" fmla="*/ 194206 h 390417"/>
                              <a:gd name="connsiteX541" fmla="*/ 11579 w 466816"/>
                              <a:gd name="connsiteY541" fmla="*/ 220241 h 390417"/>
                              <a:gd name="connsiteX542" fmla="*/ 18707 w 466816"/>
                              <a:gd name="connsiteY542" fmla="*/ 229623 h 390417"/>
                              <a:gd name="connsiteX543" fmla="*/ 22554 w 466816"/>
                              <a:gd name="connsiteY543" fmla="*/ 231004 h 390417"/>
                              <a:gd name="connsiteX544" fmla="*/ 32397 w 466816"/>
                              <a:gd name="connsiteY544" fmla="*/ 229186 h 390417"/>
                              <a:gd name="connsiteX545" fmla="*/ 38903 w 466816"/>
                              <a:gd name="connsiteY545" fmla="*/ 222859 h 390417"/>
                              <a:gd name="connsiteX546" fmla="*/ 46654 w 466816"/>
                              <a:gd name="connsiteY546" fmla="*/ 211951 h 390417"/>
                              <a:gd name="connsiteX547" fmla="*/ 50614 w 466816"/>
                              <a:gd name="connsiteY547" fmla="*/ 207151 h 390417"/>
                              <a:gd name="connsiteX548" fmla="*/ 51010 w 466816"/>
                              <a:gd name="connsiteY548" fmla="*/ 200824 h 390417"/>
                              <a:gd name="connsiteX549" fmla="*/ 51745 w 466816"/>
                              <a:gd name="connsiteY549" fmla="*/ 201697 h 390417"/>
                              <a:gd name="connsiteX550" fmla="*/ 53103 w 466816"/>
                              <a:gd name="connsiteY550" fmla="*/ 197915 h 390417"/>
                              <a:gd name="connsiteX551" fmla="*/ 54461 w 466816"/>
                              <a:gd name="connsiteY551" fmla="*/ 192679 h 390417"/>
                              <a:gd name="connsiteX552" fmla="*/ 56950 w 466816"/>
                              <a:gd name="connsiteY552" fmla="*/ 187734 h 390417"/>
                              <a:gd name="connsiteX553" fmla="*/ 58251 w 466816"/>
                              <a:gd name="connsiteY553" fmla="*/ 187007 h 390417"/>
                              <a:gd name="connsiteX554" fmla="*/ 59779 w 466816"/>
                              <a:gd name="connsiteY554" fmla="*/ 183225 h 390417"/>
                              <a:gd name="connsiteX555" fmla="*/ 63682 w 466816"/>
                              <a:gd name="connsiteY555" fmla="*/ 176171 h 390417"/>
                              <a:gd name="connsiteX556" fmla="*/ 66341 w 466816"/>
                              <a:gd name="connsiteY556" fmla="*/ 169189 h 390417"/>
                              <a:gd name="connsiteX557" fmla="*/ 70867 w 466816"/>
                              <a:gd name="connsiteY557" fmla="*/ 147445 h 390417"/>
                              <a:gd name="connsiteX558" fmla="*/ 71489 w 466816"/>
                              <a:gd name="connsiteY558" fmla="*/ 143373 h 390417"/>
                              <a:gd name="connsiteX559" fmla="*/ 72055 w 466816"/>
                              <a:gd name="connsiteY559" fmla="*/ 140682 h 390417"/>
                              <a:gd name="connsiteX560" fmla="*/ 137114 w 466816"/>
                              <a:gd name="connsiteY560" fmla="*/ 285765 h 390417"/>
                              <a:gd name="connsiteX561" fmla="*/ 139716 w 466816"/>
                              <a:gd name="connsiteY561" fmla="*/ 284892 h 390417"/>
                              <a:gd name="connsiteX562" fmla="*/ 143959 w 466816"/>
                              <a:gd name="connsiteY562" fmla="*/ 285183 h 390417"/>
                              <a:gd name="connsiteX563" fmla="*/ 157367 w 466816"/>
                              <a:gd name="connsiteY563" fmla="*/ 292092 h 390417"/>
                              <a:gd name="connsiteX564" fmla="*/ 159403 w 466816"/>
                              <a:gd name="connsiteY564" fmla="*/ 293765 h 390417"/>
                              <a:gd name="connsiteX565" fmla="*/ 165683 w 466816"/>
                              <a:gd name="connsiteY565" fmla="*/ 302273 h 390417"/>
                              <a:gd name="connsiteX566" fmla="*/ 168172 w 466816"/>
                              <a:gd name="connsiteY566" fmla="*/ 305255 h 390417"/>
                              <a:gd name="connsiteX567" fmla="*/ 169756 w 466816"/>
                              <a:gd name="connsiteY567" fmla="*/ 307509 h 390417"/>
                              <a:gd name="connsiteX568" fmla="*/ 170265 w 466816"/>
                              <a:gd name="connsiteY568" fmla="*/ 308964 h 390417"/>
                              <a:gd name="connsiteX569" fmla="*/ 174848 w 466816"/>
                              <a:gd name="connsiteY569" fmla="*/ 308382 h 390417"/>
                              <a:gd name="connsiteX570" fmla="*/ 175526 w 466816"/>
                              <a:gd name="connsiteY570" fmla="*/ 307946 h 390417"/>
                              <a:gd name="connsiteX571" fmla="*/ 175753 w 466816"/>
                              <a:gd name="connsiteY571" fmla="*/ 310346 h 390417"/>
                              <a:gd name="connsiteX572" fmla="*/ 176601 w 466816"/>
                              <a:gd name="connsiteY572" fmla="*/ 308891 h 390417"/>
                              <a:gd name="connsiteX573" fmla="*/ 179939 w 466816"/>
                              <a:gd name="connsiteY573" fmla="*/ 302564 h 390417"/>
                              <a:gd name="connsiteX574" fmla="*/ 186219 w 466816"/>
                              <a:gd name="connsiteY574" fmla="*/ 293328 h 390417"/>
                              <a:gd name="connsiteX575" fmla="*/ 190518 w 466816"/>
                              <a:gd name="connsiteY575" fmla="*/ 281474 h 390417"/>
                              <a:gd name="connsiteX576" fmla="*/ 191027 w 466816"/>
                              <a:gd name="connsiteY576" fmla="*/ 280456 h 390417"/>
                              <a:gd name="connsiteX577" fmla="*/ 199796 w 466816"/>
                              <a:gd name="connsiteY577" fmla="*/ 261766 h 390417"/>
                              <a:gd name="connsiteX578" fmla="*/ 200022 w 466816"/>
                              <a:gd name="connsiteY578" fmla="*/ 249840 h 390417"/>
                              <a:gd name="connsiteX579" fmla="*/ 199513 w 466816"/>
                              <a:gd name="connsiteY579" fmla="*/ 242567 h 390417"/>
                              <a:gd name="connsiteX580" fmla="*/ 200022 w 466816"/>
                              <a:gd name="connsiteY580" fmla="*/ 238786 h 390417"/>
                              <a:gd name="connsiteX581" fmla="*/ 200305 w 466816"/>
                              <a:gd name="connsiteY581" fmla="*/ 234495 h 390417"/>
                              <a:gd name="connsiteX582" fmla="*/ 200079 w 466816"/>
                              <a:gd name="connsiteY582" fmla="*/ 231077 h 390417"/>
                              <a:gd name="connsiteX583" fmla="*/ 200022 w 466816"/>
                              <a:gd name="connsiteY583" fmla="*/ 231077 h 390417"/>
                              <a:gd name="connsiteX584" fmla="*/ 199853 w 466816"/>
                              <a:gd name="connsiteY584" fmla="*/ 227659 h 390417"/>
                              <a:gd name="connsiteX585" fmla="*/ 200701 w 466816"/>
                              <a:gd name="connsiteY585" fmla="*/ 228314 h 390417"/>
                              <a:gd name="connsiteX586" fmla="*/ 199626 w 466816"/>
                              <a:gd name="connsiteY586" fmla="*/ 222568 h 390417"/>
                              <a:gd name="connsiteX587" fmla="*/ 198269 w 466816"/>
                              <a:gd name="connsiteY587" fmla="*/ 221768 h 390417"/>
                              <a:gd name="connsiteX588" fmla="*/ 190858 w 466816"/>
                              <a:gd name="connsiteY588" fmla="*/ 226786 h 390417"/>
                              <a:gd name="connsiteX589" fmla="*/ 186784 w 466816"/>
                              <a:gd name="connsiteY589" fmla="*/ 231222 h 390417"/>
                              <a:gd name="connsiteX590" fmla="*/ 178581 w 466816"/>
                              <a:gd name="connsiteY590" fmla="*/ 237986 h 390417"/>
                              <a:gd name="connsiteX591" fmla="*/ 176828 w 466816"/>
                              <a:gd name="connsiteY591" fmla="*/ 239440 h 390417"/>
                              <a:gd name="connsiteX592" fmla="*/ 168059 w 466816"/>
                              <a:gd name="connsiteY592" fmla="*/ 244022 h 390417"/>
                              <a:gd name="connsiteX593" fmla="*/ 163476 w 466816"/>
                              <a:gd name="connsiteY593" fmla="*/ 245840 h 390417"/>
                              <a:gd name="connsiteX594" fmla="*/ 160761 w 466816"/>
                              <a:gd name="connsiteY594" fmla="*/ 246131 h 390417"/>
                              <a:gd name="connsiteX595" fmla="*/ 155896 w 466816"/>
                              <a:gd name="connsiteY595" fmla="*/ 246349 h 390417"/>
                              <a:gd name="connsiteX596" fmla="*/ 148258 w 466816"/>
                              <a:gd name="connsiteY596" fmla="*/ 251149 h 390417"/>
                              <a:gd name="connsiteX597" fmla="*/ 147127 w 466816"/>
                              <a:gd name="connsiteY597" fmla="*/ 254567 h 390417"/>
                              <a:gd name="connsiteX598" fmla="*/ 146335 w 466816"/>
                              <a:gd name="connsiteY598" fmla="*/ 255876 h 390417"/>
                              <a:gd name="connsiteX599" fmla="*/ 143846 w 466816"/>
                              <a:gd name="connsiteY599" fmla="*/ 259366 h 390417"/>
                              <a:gd name="connsiteX600" fmla="*/ 141866 w 466816"/>
                              <a:gd name="connsiteY600" fmla="*/ 264457 h 390417"/>
                              <a:gd name="connsiteX601" fmla="*/ 139376 w 466816"/>
                              <a:gd name="connsiteY601" fmla="*/ 272602 h 390417"/>
                              <a:gd name="connsiteX602" fmla="*/ 138980 w 466816"/>
                              <a:gd name="connsiteY602" fmla="*/ 273620 h 390417"/>
                              <a:gd name="connsiteX603" fmla="*/ 137000 w 466816"/>
                              <a:gd name="connsiteY603" fmla="*/ 276093 h 390417"/>
                              <a:gd name="connsiteX604" fmla="*/ 136208 w 466816"/>
                              <a:gd name="connsiteY604" fmla="*/ 280384 h 390417"/>
                              <a:gd name="connsiteX605" fmla="*/ 137114 w 466816"/>
                              <a:gd name="connsiteY605" fmla="*/ 285765 h 390417"/>
                              <a:gd name="connsiteX606" fmla="*/ 106564 w 466816"/>
                              <a:gd name="connsiteY606" fmla="*/ 366488 h 390417"/>
                              <a:gd name="connsiteX607" fmla="*/ 109110 w 466816"/>
                              <a:gd name="connsiteY607" fmla="*/ 369470 h 390417"/>
                              <a:gd name="connsiteX608" fmla="*/ 116125 w 466816"/>
                              <a:gd name="connsiteY608" fmla="*/ 371506 h 390417"/>
                              <a:gd name="connsiteX609" fmla="*/ 132644 w 466816"/>
                              <a:gd name="connsiteY609" fmla="*/ 363506 h 390417"/>
                              <a:gd name="connsiteX610" fmla="*/ 136095 w 466816"/>
                              <a:gd name="connsiteY610" fmla="*/ 361470 h 390417"/>
                              <a:gd name="connsiteX611" fmla="*/ 145373 w 466816"/>
                              <a:gd name="connsiteY611" fmla="*/ 353543 h 390417"/>
                              <a:gd name="connsiteX612" fmla="*/ 153180 w 466816"/>
                              <a:gd name="connsiteY612" fmla="*/ 344598 h 390417"/>
                              <a:gd name="connsiteX613" fmla="*/ 160026 w 466816"/>
                              <a:gd name="connsiteY613" fmla="*/ 323727 h 390417"/>
                              <a:gd name="connsiteX614" fmla="*/ 150861 w 466816"/>
                              <a:gd name="connsiteY614" fmla="*/ 309182 h 390417"/>
                              <a:gd name="connsiteX615" fmla="*/ 149729 w 466816"/>
                              <a:gd name="connsiteY615" fmla="*/ 307728 h 390417"/>
                              <a:gd name="connsiteX616" fmla="*/ 147240 w 466816"/>
                              <a:gd name="connsiteY616" fmla="*/ 304455 h 390417"/>
                              <a:gd name="connsiteX617" fmla="*/ 142941 w 466816"/>
                              <a:gd name="connsiteY617" fmla="*/ 304891 h 390417"/>
                              <a:gd name="connsiteX618" fmla="*/ 134511 w 466816"/>
                              <a:gd name="connsiteY618" fmla="*/ 307800 h 390417"/>
                              <a:gd name="connsiteX619" fmla="*/ 130721 w 466816"/>
                              <a:gd name="connsiteY619" fmla="*/ 309327 h 390417"/>
                              <a:gd name="connsiteX620" fmla="*/ 117766 w 466816"/>
                              <a:gd name="connsiteY620" fmla="*/ 320309 h 390417"/>
                              <a:gd name="connsiteX621" fmla="*/ 114767 w 466816"/>
                              <a:gd name="connsiteY621" fmla="*/ 326708 h 390417"/>
                              <a:gd name="connsiteX622" fmla="*/ 108261 w 466816"/>
                              <a:gd name="connsiteY622" fmla="*/ 335944 h 390417"/>
                              <a:gd name="connsiteX623" fmla="*/ 101077 w 466816"/>
                              <a:gd name="connsiteY623" fmla="*/ 350416 h 390417"/>
                              <a:gd name="connsiteX624" fmla="*/ 99493 w 466816"/>
                              <a:gd name="connsiteY624" fmla="*/ 353180 h 390417"/>
                              <a:gd name="connsiteX625" fmla="*/ 99040 w 466816"/>
                              <a:gd name="connsiteY625" fmla="*/ 354198 h 390417"/>
                              <a:gd name="connsiteX626" fmla="*/ 102095 w 466816"/>
                              <a:gd name="connsiteY626" fmla="*/ 363870 h 390417"/>
                              <a:gd name="connsiteX627" fmla="*/ 103057 w 466816"/>
                              <a:gd name="connsiteY627" fmla="*/ 365252 h 390417"/>
                              <a:gd name="connsiteX628" fmla="*/ 106564 w 466816"/>
                              <a:gd name="connsiteY628" fmla="*/ 366488 h 390417"/>
                              <a:gd name="connsiteX629" fmla="*/ 230855 w 466816"/>
                              <a:gd name="connsiteY629" fmla="*/ 112465 h 390417"/>
                              <a:gd name="connsiteX630" fmla="*/ 232099 w 466816"/>
                              <a:gd name="connsiteY630" fmla="*/ 110865 h 390417"/>
                              <a:gd name="connsiteX631" fmla="*/ 232552 w 466816"/>
                              <a:gd name="connsiteY631" fmla="*/ 102575 h 390417"/>
                              <a:gd name="connsiteX632" fmla="*/ 232212 w 466816"/>
                              <a:gd name="connsiteY632" fmla="*/ 100247 h 390417"/>
                              <a:gd name="connsiteX633" fmla="*/ 229497 w 466816"/>
                              <a:gd name="connsiteY633" fmla="*/ 100175 h 390417"/>
                              <a:gd name="connsiteX634" fmla="*/ 225650 w 466816"/>
                              <a:gd name="connsiteY634" fmla="*/ 103738 h 390417"/>
                              <a:gd name="connsiteX635" fmla="*/ 220445 w 466816"/>
                              <a:gd name="connsiteY635" fmla="*/ 110792 h 390417"/>
                              <a:gd name="connsiteX636" fmla="*/ 219314 w 466816"/>
                              <a:gd name="connsiteY636" fmla="*/ 112029 h 390417"/>
                              <a:gd name="connsiteX637" fmla="*/ 218069 w 466816"/>
                              <a:gd name="connsiteY637" fmla="*/ 113774 h 390417"/>
                              <a:gd name="connsiteX638" fmla="*/ 218126 w 466816"/>
                              <a:gd name="connsiteY638" fmla="*/ 113847 h 390417"/>
                              <a:gd name="connsiteX639" fmla="*/ 215240 w 466816"/>
                              <a:gd name="connsiteY639" fmla="*/ 117338 h 390417"/>
                              <a:gd name="connsiteX640" fmla="*/ 216711 w 466816"/>
                              <a:gd name="connsiteY640" fmla="*/ 117992 h 390417"/>
                              <a:gd name="connsiteX641" fmla="*/ 211394 w 466816"/>
                              <a:gd name="connsiteY641" fmla="*/ 124537 h 390417"/>
                              <a:gd name="connsiteX642" fmla="*/ 208621 w 466816"/>
                              <a:gd name="connsiteY642" fmla="*/ 127301 h 390417"/>
                              <a:gd name="connsiteX643" fmla="*/ 207716 w 466816"/>
                              <a:gd name="connsiteY643" fmla="*/ 128901 h 390417"/>
                              <a:gd name="connsiteX644" fmla="*/ 207547 w 466816"/>
                              <a:gd name="connsiteY644" fmla="*/ 130137 h 390417"/>
                              <a:gd name="connsiteX645" fmla="*/ 203869 w 466816"/>
                              <a:gd name="connsiteY645" fmla="*/ 134791 h 390417"/>
                              <a:gd name="connsiteX646" fmla="*/ 194648 w 466816"/>
                              <a:gd name="connsiteY646" fmla="*/ 148899 h 390417"/>
                              <a:gd name="connsiteX647" fmla="*/ 190122 w 466816"/>
                              <a:gd name="connsiteY647" fmla="*/ 157626 h 390417"/>
                              <a:gd name="connsiteX648" fmla="*/ 189670 w 466816"/>
                              <a:gd name="connsiteY648" fmla="*/ 157117 h 390417"/>
                              <a:gd name="connsiteX649" fmla="*/ 187011 w 466816"/>
                              <a:gd name="connsiteY649" fmla="*/ 160972 h 390417"/>
                              <a:gd name="connsiteX650" fmla="*/ 185200 w 466816"/>
                              <a:gd name="connsiteY650" fmla="*/ 166789 h 390417"/>
                              <a:gd name="connsiteX651" fmla="*/ 184691 w 466816"/>
                              <a:gd name="connsiteY651" fmla="*/ 167808 h 390417"/>
                              <a:gd name="connsiteX652" fmla="*/ 181863 w 466816"/>
                              <a:gd name="connsiteY652" fmla="*/ 172607 h 390417"/>
                              <a:gd name="connsiteX653" fmla="*/ 179883 w 466816"/>
                              <a:gd name="connsiteY653" fmla="*/ 176025 h 390417"/>
                              <a:gd name="connsiteX654" fmla="*/ 178921 w 466816"/>
                              <a:gd name="connsiteY654" fmla="*/ 177407 h 390417"/>
                              <a:gd name="connsiteX655" fmla="*/ 176318 w 466816"/>
                              <a:gd name="connsiteY655" fmla="*/ 183589 h 390417"/>
                              <a:gd name="connsiteX656" fmla="*/ 174169 w 466816"/>
                              <a:gd name="connsiteY656" fmla="*/ 188388 h 390417"/>
                              <a:gd name="connsiteX657" fmla="*/ 172528 w 466816"/>
                              <a:gd name="connsiteY657" fmla="*/ 193043 h 390417"/>
                              <a:gd name="connsiteX658" fmla="*/ 171057 w 466816"/>
                              <a:gd name="connsiteY658" fmla="*/ 198351 h 390417"/>
                              <a:gd name="connsiteX659" fmla="*/ 171283 w 466816"/>
                              <a:gd name="connsiteY659" fmla="*/ 198933 h 390417"/>
                              <a:gd name="connsiteX660" fmla="*/ 170887 w 466816"/>
                              <a:gd name="connsiteY660" fmla="*/ 201333 h 390417"/>
                              <a:gd name="connsiteX661" fmla="*/ 170944 w 466816"/>
                              <a:gd name="connsiteY661" fmla="*/ 202206 h 390417"/>
                              <a:gd name="connsiteX662" fmla="*/ 171679 w 466816"/>
                              <a:gd name="connsiteY662" fmla="*/ 202351 h 390417"/>
                              <a:gd name="connsiteX663" fmla="*/ 175187 w 466816"/>
                              <a:gd name="connsiteY663" fmla="*/ 201115 h 390417"/>
                              <a:gd name="connsiteX664" fmla="*/ 178185 w 466816"/>
                              <a:gd name="connsiteY664" fmla="*/ 200751 h 390417"/>
                              <a:gd name="connsiteX665" fmla="*/ 187576 w 466816"/>
                              <a:gd name="connsiteY665" fmla="*/ 197697 h 390417"/>
                              <a:gd name="connsiteX666" fmla="*/ 189387 w 466816"/>
                              <a:gd name="connsiteY666" fmla="*/ 195079 h 390417"/>
                              <a:gd name="connsiteX667" fmla="*/ 190575 w 466816"/>
                              <a:gd name="connsiteY667" fmla="*/ 195952 h 390417"/>
                              <a:gd name="connsiteX668" fmla="*/ 192159 w 466816"/>
                              <a:gd name="connsiteY668" fmla="*/ 194133 h 390417"/>
                              <a:gd name="connsiteX669" fmla="*/ 197194 w 466816"/>
                              <a:gd name="connsiteY669" fmla="*/ 188534 h 390417"/>
                              <a:gd name="connsiteX670" fmla="*/ 200758 w 466816"/>
                              <a:gd name="connsiteY670" fmla="*/ 183007 h 390417"/>
                              <a:gd name="connsiteX671" fmla="*/ 205680 w 466816"/>
                              <a:gd name="connsiteY671" fmla="*/ 175953 h 390417"/>
                              <a:gd name="connsiteX672" fmla="*/ 211563 w 466816"/>
                              <a:gd name="connsiteY672" fmla="*/ 165480 h 390417"/>
                              <a:gd name="connsiteX673" fmla="*/ 213770 w 466816"/>
                              <a:gd name="connsiteY673" fmla="*/ 161481 h 390417"/>
                              <a:gd name="connsiteX674" fmla="*/ 215014 w 466816"/>
                              <a:gd name="connsiteY674" fmla="*/ 160244 h 390417"/>
                              <a:gd name="connsiteX675" fmla="*/ 218465 w 466816"/>
                              <a:gd name="connsiteY675" fmla="*/ 154863 h 390417"/>
                              <a:gd name="connsiteX676" fmla="*/ 217956 w 466816"/>
                              <a:gd name="connsiteY676" fmla="*/ 152245 h 390417"/>
                              <a:gd name="connsiteX677" fmla="*/ 219087 w 466816"/>
                              <a:gd name="connsiteY677" fmla="*/ 150063 h 390417"/>
                              <a:gd name="connsiteX678" fmla="*/ 221463 w 466816"/>
                              <a:gd name="connsiteY678" fmla="*/ 145991 h 390417"/>
                              <a:gd name="connsiteX679" fmla="*/ 223444 w 466816"/>
                              <a:gd name="connsiteY679" fmla="*/ 138427 h 390417"/>
                              <a:gd name="connsiteX680" fmla="*/ 224349 w 466816"/>
                              <a:gd name="connsiteY680" fmla="*/ 136900 h 390417"/>
                              <a:gd name="connsiteX681" fmla="*/ 226385 w 466816"/>
                              <a:gd name="connsiteY681" fmla="*/ 130500 h 390417"/>
                              <a:gd name="connsiteX682" fmla="*/ 230063 w 466816"/>
                              <a:gd name="connsiteY682" fmla="*/ 120683 h 390417"/>
                              <a:gd name="connsiteX683" fmla="*/ 230119 w 466816"/>
                              <a:gd name="connsiteY683" fmla="*/ 120246 h 390417"/>
                              <a:gd name="connsiteX684" fmla="*/ 231703 w 466816"/>
                              <a:gd name="connsiteY684" fmla="*/ 113774 h 390417"/>
                              <a:gd name="connsiteX685" fmla="*/ 230855 w 466816"/>
                              <a:gd name="connsiteY685" fmla="*/ 112465 h 390417"/>
                              <a:gd name="connsiteX686" fmla="*/ 273397 w 466816"/>
                              <a:gd name="connsiteY686" fmla="*/ 197551 h 390417"/>
                              <a:gd name="connsiteX687" fmla="*/ 272775 w 466816"/>
                              <a:gd name="connsiteY687" fmla="*/ 197115 h 390417"/>
                              <a:gd name="connsiteX688" fmla="*/ 270286 w 466816"/>
                              <a:gd name="connsiteY688" fmla="*/ 202860 h 390417"/>
                              <a:gd name="connsiteX689" fmla="*/ 271021 w 466816"/>
                              <a:gd name="connsiteY689" fmla="*/ 203369 h 390417"/>
                              <a:gd name="connsiteX690" fmla="*/ 273397 w 466816"/>
                              <a:gd name="connsiteY690" fmla="*/ 197551 h 39041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</a:cxnLst>
                            <a:rect l="l" t="t" r="r" b="b"/>
                            <a:pathLst>
                              <a:path w="466816" h="390417">
                                <a:moveTo>
                                  <a:pt x="136944" y="203588"/>
                                </a:moveTo>
                                <a:cubicBezTo>
                                  <a:pt x="136944" y="203442"/>
                                  <a:pt x="136831" y="203006"/>
                                  <a:pt x="136718" y="202424"/>
                                </a:cubicBezTo>
                                <a:cubicBezTo>
                                  <a:pt x="138302" y="201915"/>
                                  <a:pt x="139772" y="201406"/>
                                  <a:pt x="139603" y="198570"/>
                                </a:cubicBezTo>
                                <a:cubicBezTo>
                                  <a:pt x="139546" y="197697"/>
                                  <a:pt x="140734" y="196679"/>
                                  <a:pt x="141413" y="195806"/>
                                </a:cubicBezTo>
                                <a:cubicBezTo>
                                  <a:pt x="142714" y="194206"/>
                                  <a:pt x="144129" y="192752"/>
                                  <a:pt x="145373" y="191079"/>
                                </a:cubicBezTo>
                                <a:cubicBezTo>
                                  <a:pt x="147240" y="188534"/>
                                  <a:pt x="148994" y="185843"/>
                                  <a:pt x="150861" y="183298"/>
                                </a:cubicBezTo>
                                <a:cubicBezTo>
                                  <a:pt x="151653" y="182207"/>
                                  <a:pt x="152614" y="181334"/>
                                  <a:pt x="153067" y="180752"/>
                                </a:cubicBezTo>
                                <a:cubicBezTo>
                                  <a:pt x="153633" y="179516"/>
                                  <a:pt x="153859" y="178643"/>
                                  <a:pt x="154368" y="178134"/>
                                </a:cubicBezTo>
                                <a:cubicBezTo>
                                  <a:pt x="155896" y="176607"/>
                                  <a:pt x="157593" y="175516"/>
                                  <a:pt x="158102" y="172753"/>
                                </a:cubicBezTo>
                                <a:cubicBezTo>
                                  <a:pt x="158328" y="171662"/>
                                  <a:pt x="159120" y="170789"/>
                                  <a:pt x="159686" y="169844"/>
                                </a:cubicBezTo>
                                <a:cubicBezTo>
                                  <a:pt x="159516" y="169189"/>
                                  <a:pt x="159290" y="168171"/>
                                  <a:pt x="158951" y="166789"/>
                                </a:cubicBezTo>
                                <a:cubicBezTo>
                                  <a:pt x="157197" y="166935"/>
                                  <a:pt x="155387" y="167299"/>
                                  <a:pt x="153803" y="169335"/>
                                </a:cubicBezTo>
                                <a:cubicBezTo>
                                  <a:pt x="153124" y="170207"/>
                                  <a:pt x="152049" y="170644"/>
                                  <a:pt x="151144" y="171226"/>
                                </a:cubicBezTo>
                                <a:cubicBezTo>
                                  <a:pt x="149220" y="172389"/>
                                  <a:pt x="147523" y="173844"/>
                                  <a:pt x="145882" y="175589"/>
                                </a:cubicBezTo>
                                <a:cubicBezTo>
                                  <a:pt x="144864" y="176680"/>
                                  <a:pt x="143393" y="176971"/>
                                  <a:pt x="142092" y="177698"/>
                                </a:cubicBezTo>
                                <a:cubicBezTo>
                                  <a:pt x="141753" y="177916"/>
                                  <a:pt x="141130" y="177989"/>
                                  <a:pt x="141074" y="178280"/>
                                </a:cubicBezTo>
                                <a:cubicBezTo>
                                  <a:pt x="140621" y="180680"/>
                                  <a:pt x="139263" y="180971"/>
                                  <a:pt x="137623" y="181407"/>
                                </a:cubicBezTo>
                                <a:cubicBezTo>
                                  <a:pt x="135982" y="181843"/>
                                  <a:pt x="134455" y="183080"/>
                                  <a:pt x="132814" y="183589"/>
                                </a:cubicBezTo>
                                <a:cubicBezTo>
                                  <a:pt x="129985" y="184461"/>
                                  <a:pt x="127213" y="186061"/>
                                  <a:pt x="124272" y="185552"/>
                                </a:cubicBezTo>
                                <a:cubicBezTo>
                                  <a:pt x="123310" y="185407"/>
                                  <a:pt x="122461" y="184461"/>
                                  <a:pt x="121499" y="183952"/>
                                </a:cubicBezTo>
                                <a:cubicBezTo>
                                  <a:pt x="120821" y="183589"/>
                                  <a:pt x="120085" y="183516"/>
                                  <a:pt x="119293" y="183298"/>
                                </a:cubicBezTo>
                                <a:cubicBezTo>
                                  <a:pt x="119237" y="182934"/>
                                  <a:pt x="119237" y="182061"/>
                                  <a:pt x="118954" y="181916"/>
                                </a:cubicBezTo>
                                <a:cubicBezTo>
                                  <a:pt x="116182" y="180171"/>
                                  <a:pt x="114315" y="177334"/>
                                  <a:pt x="112335" y="174207"/>
                                </a:cubicBezTo>
                                <a:cubicBezTo>
                                  <a:pt x="110242" y="170935"/>
                                  <a:pt x="109449" y="167153"/>
                                  <a:pt x="108035" y="163662"/>
                                </a:cubicBezTo>
                                <a:cubicBezTo>
                                  <a:pt x="107583" y="162572"/>
                                  <a:pt x="106281" y="161990"/>
                                  <a:pt x="105263" y="161117"/>
                                </a:cubicBezTo>
                                <a:cubicBezTo>
                                  <a:pt x="105489" y="160753"/>
                                  <a:pt x="105772" y="160244"/>
                                  <a:pt x="105829" y="160099"/>
                                </a:cubicBezTo>
                                <a:cubicBezTo>
                                  <a:pt x="105376" y="159081"/>
                                  <a:pt x="104924" y="158354"/>
                                  <a:pt x="104584" y="157481"/>
                                </a:cubicBezTo>
                                <a:cubicBezTo>
                                  <a:pt x="103396" y="154354"/>
                                  <a:pt x="102208" y="151154"/>
                                  <a:pt x="100964" y="148027"/>
                                </a:cubicBezTo>
                                <a:cubicBezTo>
                                  <a:pt x="100794" y="147663"/>
                                  <a:pt x="100115" y="147663"/>
                                  <a:pt x="99776" y="147445"/>
                                </a:cubicBezTo>
                                <a:cubicBezTo>
                                  <a:pt x="99323" y="145481"/>
                                  <a:pt x="98814" y="143445"/>
                                  <a:pt x="98418" y="141336"/>
                                </a:cubicBezTo>
                                <a:cubicBezTo>
                                  <a:pt x="98135" y="139809"/>
                                  <a:pt x="97852" y="138282"/>
                                  <a:pt x="97852" y="136755"/>
                                </a:cubicBezTo>
                                <a:cubicBezTo>
                                  <a:pt x="97796" y="132609"/>
                                  <a:pt x="96325" y="129700"/>
                                  <a:pt x="93213" y="128319"/>
                                </a:cubicBezTo>
                                <a:cubicBezTo>
                                  <a:pt x="91516" y="127519"/>
                                  <a:pt x="89819" y="126428"/>
                                  <a:pt x="87952" y="127373"/>
                                </a:cubicBezTo>
                                <a:cubicBezTo>
                                  <a:pt x="87499" y="127592"/>
                                  <a:pt x="86934" y="128319"/>
                                  <a:pt x="86820" y="128901"/>
                                </a:cubicBezTo>
                                <a:cubicBezTo>
                                  <a:pt x="85972" y="133773"/>
                                  <a:pt x="85350" y="138791"/>
                                  <a:pt x="84444" y="143663"/>
                                </a:cubicBezTo>
                                <a:cubicBezTo>
                                  <a:pt x="83765" y="147518"/>
                                  <a:pt x="83200" y="151518"/>
                                  <a:pt x="81276" y="154863"/>
                                </a:cubicBezTo>
                                <a:cubicBezTo>
                                  <a:pt x="80541" y="156099"/>
                                  <a:pt x="80484" y="157917"/>
                                  <a:pt x="80032" y="159444"/>
                                </a:cubicBezTo>
                                <a:cubicBezTo>
                                  <a:pt x="79127" y="162644"/>
                                  <a:pt x="78221" y="165844"/>
                                  <a:pt x="77146" y="169044"/>
                                </a:cubicBezTo>
                                <a:cubicBezTo>
                                  <a:pt x="76637" y="170644"/>
                                  <a:pt x="75789" y="172098"/>
                                  <a:pt x="75223" y="173698"/>
                                </a:cubicBezTo>
                                <a:cubicBezTo>
                                  <a:pt x="74657" y="175225"/>
                                  <a:pt x="74261" y="176825"/>
                                  <a:pt x="73696" y="178280"/>
                                </a:cubicBezTo>
                                <a:cubicBezTo>
                                  <a:pt x="73469" y="178862"/>
                                  <a:pt x="73017" y="179225"/>
                                  <a:pt x="72508" y="179589"/>
                                </a:cubicBezTo>
                                <a:cubicBezTo>
                                  <a:pt x="71942" y="181989"/>
                                  <a:pt x="72677" y="185261"/>
                                  <a:pt x="69905" y="186425"/>
                                </a:cubicBezTo>
                                <a:cubicBezTo>
                                  <a:pt x="69735" y="186498"/>
                                  <a:pt x="69735" y="187297"/>
                                  <a:pt x="69566" y="187661"/>
                                </a:cubicBezTo>
                                <a:cubicBezTo>
                                  <a:pt x="69057" y="188607"/>
                                  <a:pt x="68491" y="189479"/>
                                  <a:pt x="67925" y="190279"/>
                                </a:cubicBezTo>
                                <a:cubicBezTo>
                                  <a:pt x="67642" y="190715"/>
                                  <a:pt x="67246" y="191006"/>
                                  <a:pt x="66907" y="191370"/>
                                </a:cubicBezTo>
                                <a:cubicBezTo>
                                  <a:pt x="67303" y="191588"/>
                                  <a:pt x="67699" y="191806"/>
                                  <a:pt x="68208" y="192170"/>
                                </a:cubicBezTo>
                                <a:cubicBezTo>
                                  <a:pt x="68038" y="192679"/>
                                  <a:pt x="67982" y="193624"/>
                                  <a:pt x="67642" y="193770"/>
                                </a:cubicBezTo>
                                <a:cubicBezTo>
                                  <a:pt x="64248" y="195443"/>
                                  <a:pt x="64870" y="200170"/>
                                  <a:pt x="63286" y="203224"/>
                                </a:cubicBezTo>
                                <a:cubicBezTo>
                                  <a:pt x="63116" y="203515"/>
                                  <a:pt x="63286" y="204242"/>
                                  <a:pt x="63116" y="204315"/>
                                </a:cubicBezTo>
                                <a:cubicBezTo>
                                  <a:pt x="60910" y="205769"/>
                                  <a:pt x="61306" y="209624"/>
                                  <a:pt x="59326" y="211296"/>
                                </a:cubicBezTo>
                                <a:cubicBezTo>
                                  <a:pt x="59100" y="211514"/>
                                  <a:pt x="59156" y="212169"/>
                                  <a:pt x="59100" y="212533"/>
                                </a:cubicBezTo>
                                <a:cubicBezTo>
                                  <a:pt x="58364" y="212460"/>
                                  <a:pt x="57629" y="212387"/>
                                  <a:pt x="56554" y="212314"/>
                                </a:cubicBezTo>
                                <a:cubicBezTo>
                                  <a:pt x="57403" y="213478"/>
                                  <a:pt x="59496" y="213260"/>
                                  <a:pt x="57799" y="215369"/>
                                </a:cubicBezTo>
                                <a:cubicBezTo>
                                  <a:pt x="57685" y="215514"/>
                                  <a:pt x="58081" y="216314"/>
                                  <a:pt x="58364" y="217187"/>
                                </a:cubicBezTo>
                                <a:cubicBezTo>
                                  <a:pt x="56497" y="216169"/>
                                  <a:pt x="56101" y="217187"/>
                                  <a:pt x="55536" y="219078"/>
                                </a:cubicBezTo>
                                <a:cubicBezTo>
                                  <a:pt x="55027" y="220750"/>
                                  <a:pt x="55196" y="223223"/>
                                  <a:pt x="53273" y="223950"/>
                                </a:cubicBezTo>
                                <a:cubicBezTo>
                                  <a:pt x="53046" y="224023"/>
                                  <a:pt x="53046" y="224896"/>
                                  <a:pt x="52877" y="225259"/>
                                </a:cubicBezTo>
                                <a:cubicBezTo>
                                  <a:pt x="52028" y="227223"/>
                                  <a:pt x="51236" y="229259"/>
                                  <a:pt x="50274" y="231150"/>
                                </a:cubicBezTo>
                                <a:cubicBezTo>
                                  <a:pt x="50105" y="231513"/>
                                  <a:pt x="49313" y="231441"/>
                                  <a:pt x="48747" y="231586"/>
                                </a:cubicBezTo>
                                <a:cubicBezTo>
                                  <a:pt x="48238" y="233186"/>
                                  <a:pt x="47955" y="235222"/>
                                  <a:pt x="46993" y="236459"/>
                                </a:cubicBezTo>
                                <a:cubicBezTo>
                                  <a:pt x="45862" y="238058"/>
                                  <a:pt x="44334" y="239513"/>
                                  <a:pt x="42807" y="240095"/>
                                </a:cubicBezTo>
                                <a:cubicBezTo>
                                  <a:pt x="39582" y="241258"/>
                                  <a:pt x="36131" y="241767"/>
                                  <a:pt x="32850" y="242713"/>
                                </a:cubicBezTo>
                                <a:cubicBezTo>
                                  <a:pt x="31209" y="243149"/>
                                  <a:pt x="29682" y="244240"/>
                                  <a:pt x="28098" y="244604"/>
                                </a:cubicBezTo>
                                <a:cubicBezTo>
                                  <a:pt x="24873" y="245258"/>
                                  <a:pt x="21592" y="245840"/>
                                  <a:pt x="18367" y="245767"/>
                                </a:cubicBezTo>
                                <a:cubicBezTo>
                                  <a:pt x="16727" y="245694"/>
                                  <a:pt x="14973" y="244385"/>
                                  <a:pt x="13389" y="243295"/>
                                </a:cubicBezTo>
                                <a:cubicBezTo>
                                  <a:pt x="7732" y="239513"/>
                                  <a:pt x="5186" y="232677"/>
                                  <a:pt x="2980" y="225477"/>
                                </a:cubicBezTo>
                                <a:cubicBezTo>
                                  <a:pt x="321" y="216678"/>
                                  <a:pt x="-415" y="207442"/>
                                  <a:pt x="208" y="198206"/>
                                </a:cubicBezTo>
                                <a:cubicBezTo>
                                  <a:pt x="490" y="193697"/>
                                  <a:pt x="604" y="188752"/>
                                  <a:pt x="2923" y="184752"/>
                                </a:cubicBezTo>
                                <a:cubicBezTo>
                                  <a:pt x="3093" y="184461"/>
                                  <a:pt x="2980" y="183879"/>
                                  <a:pt x="2980" y="183443"/>
                                </a:cubicBezTo>
                                <a:cubicBezTo>
                                  <a:pt x="2980" y="183007"/>
                                  <a:pt x="2753" y="182498"/>
                                  <a:pt x="2810" y="182134"/>
                                </a:cubicBezTo>
                                <a:cubicBezTo>
                                  <a:pt x="3489" y="179807"/>
                                  <a:pt x="4281" y="177553"/>
                                  <a:pt x="5016" y="175298"/>
                                </a:cubicBezTo>
                                <a:cubicBezTo>
                                  <a:pt x="5129" y="175007"/>
                                  <a:pt x="5469" y="174789"/>
                                  <a:pt x="5695" y="174571"/>
                                </a:cubicBezTo>
                                <a:cubicBezTo>
                                  <a:pt x="6091" y="174062"/>
                                  <a:pt x="6600" y="173625"/>
                                  <a:pt x="6827" y="172971"/>
                                </a:cubicBezTo>
                                <a:cubicBezTo>
                                  <a:pt x="8015" y="170135"/>
                                  <a:pt x="8411" y="166717"/>
                                  <a:pt x="10730" y="164753"/>
                                </a:cubicBezTo>
                                <a:cubicBezTo>
                                  <a:pt x="11070" y="164462"/>
                                  <a:pt x="10956" y="163299"/>
                                  <a:pt x="11239" y="162717"/>
                                </a:cubicBezTo>
                                <a:cubicBezTo>
                                  <a:pt x="11579" y="161990"/>
                                  <a:pt x="12088" y="161408"/>
                                  <a:pt x="12540" y="160826"/>
                                </a:cubicBezTo>
                                <a:cubicBezTo>
                                  <a:pt x="12597" y="160753"/>
                                  <a:pt x="12880" y="160753"/>
                                  <a:pt x="12880" y="160681"/>
                                </a:cubicBezTo>
                                <a:cubicBezTo>
                                  <a:pt x="13955" y="156099"/>
                                  <a:pt x="18311" y="155226"/>
                                  <a:pt x="19555" y="150718"/>
                                </a:cubicBezTo>
                                <a:cubicBezTo>
                                  <a:pt x="19838" y="149699"/>
                                  <a:pt x="21309" y="149190"/>
                                  <a:pt x="22327" y="148609"/>
                                </a:cubicBezTo>
                                <a:cubicBezTo>
                                  <a:pt x="23289" y="146936"/>
                                  <a:pt x="23629" y="144827"/>
                                  <a:pt x="25609" y="143736"/>
                                </a:cubicBezTo>
                                <a:cubicBezTo>
                                  <a:pt x="27476" y="142645"/>
                                  <a:pt x="29116" y="140609"/>
                                  <a:pt x="30700" y="138791"/>
                                </a:cubicBezTo>
                                <a:cubicBezTo>
                                  <a:pt x="32454" y="136682"/>
                                  <a:pt x="34321" y="135082"/>
                                  <a:pt x="36584" y="133918"/>
                                </a:cubicBezTo>
                                <a:cubicBezTo>
                                  <a:pt x="38281" y="133046"/>
                                  <a:pt x="39582" y="131010"/>
                                  <a:pt x="41110" y="129700"/>
                                </a:cubicBezTo>
                                <a:cubicBezTo>
                                  <a:pt x="45579" y="125919"/>
                                  <a:pt x="49992" y="122137"/>
                                  <a:pt x="54517" y="118647"/>
                                </a:cubicBezTo>
                                <a:cubicBezTo>
                                  <a:pt x="56271" y="117265"/>
                                  <a:pt x="58308" y="116683"/>
                                  <a:pt x="60231" y="115592"/>
                                </a:cubicBezTo>
                                <a:cubicBezTo>
                                  <a:pt x="61646" y="114719"/>
                                  <a:pt x="63003" y="113629"/>
                                  <a:pt x="64418" y="112683"/>
                                </a:cubicBezTo>
                                <a:cubicBezTo>
                                  <a:pt x="64927" y="112320"/>
                                  <a:pt x="65436" y="111956"/>
                                  <a:pt x="66002" y="111811"/>
                                </a:cubicBezTo>
                                <a:cubicBezTo>
                                  <a:pt x="70810" y="110356"/>
                                  <a:pt x="75676" y="109120"/>
                                  <a:pt x="80428" y="107520"/>
                                </a:cubicBezTo>
                                <a:cubicBezTo>
                                  <a:pt x="83087" y="106647"/>
                                  <a:pt x="85576" y="107883"/>
                                  <a:pt x="88122" y="107665"/>
                                </a:cubicBezTo>
                                <a:cubicBezTo>
                                  <a:pt x="88348" y="107665"/>
                                  <a:pt x="88687" y="108320"/>
                                  <a:pt x="89083" y="108756"/>
                                </a:cubicBezTo>
                                <a:cubicBezTo>
                                  <a:pt x="89592" y="108538"/>
                                  <a:pt x="90271" y="108174"/>
                                  <a:pt x="91007" y="107811"/>
                                </a:cubicBezTo>
                                <a:cubicBezTo>
                                  <a:pt x="90950" y="108029"/>
                                  <a:pt x="90894" y="108320"/>
                                  <a:pt x="90837" y="108538"/>
                                </a:cubicBezTo>
                                <a:cubicBezTo>
                                  <a:pt x="91346" y="109047"/>
                                  <a:pt x="91912" y="109992"/>
                                  <a:pt x="92365" y="109920"/>
                                </a:cubicBezTo>
                                <a:cubicBezTo>
                                  <a:pt x="94458" y="109483"/>
                                  <a:pt x="95929" y="110429"/>
                                  <a:pt x="97060" y="112538"/>
                                </a:cubicBezTo>
                                <a:cubicBezTo>
                                  <a:pt x="97117" y="112683"/>
                                  <a:pt x="97230" y="112756"/>
                                  <a:pt x="97400" y="112829"/>
                                </a:cubicBezTo>
                                <a:cubicBezTo>
                                  <a:pt x="101133" y="114356"/>
                                  <a:pt x="103283" y="118501"/>
                                  <a:pt x="106112" y="121483"/>
                                </a:cubicBezTo>
                                <a:cubicBezTo>
                                  <a:pt x="107017" y="122428"/>
                                  <a:pt x="107356" y="124101"/>
                                  <a:pt x="107922" y="125483"/>
                                </a:cubicBezTo>
                                <a:cubicBezTo>
                                  <a:pt x="108884" y="127882"/>
                                  <a:pt x="109732" y="130355"/>
                                  <a:pt x="110807" y="132682"/>
                                </a:cubicBezTo>
                                <a:cubicBezTo>
                                  <a:pt x="111599" y="134355"/>
                                  <a:pt x="112731" y="135737"/>
                                  <a:pt x="113466" y="137409"/>
                                </a:cubicBezTo>
                                <a:cubicBezTo>
                                  <a:pt x="114654" y="140027"/>
                                  <a:pt x="115786" y="142645"/>
                                  <a:pt x="116634" y="145481"/>
                                </a:cubicBezTo>
                                <a:cubicBezTo>
                                  <a:pt x="119180" y="153554"/>
                                  <a:pt x="122122" y="161044"/>
                                  <a:pt x="129533" y="163153"/>
                                </a:cubicBezTo>
                                <a:cubicBezTo>
                                  <a:pt x="129985" y="163299"/>
                                  <a:pt x="130438" y="163517"/>
                                  <a:pt x="130834" y="163444"/>
                                </a:cubicBezTo>
                                <a:cubicBezTo>
                                  <a:pt x="136604" y="161990"/>
                                  <a:pt x="142771" y="161844"/>
                                  <a:pt x="147976" y="157844"/>
                                </a:cubicBezTo>
                                <a:cubicBezTo>
                                  <a:pt x="151879" y="154863"/>
                                  <a:pt x="155443" y="151081"/>
                                  <a:pt x="159233" y="147809"/>
                                </a:cubicBezTo>
                                <a:cubicBezTo>
                                  <a:pt x="162119" y="145263"/>
                                  <a:pt x="165230" y="143227"/>
                                  <a:pt x="167946" y="140391"/>
                                </a:cubicBezTo>
                                <a:cubicBezTo>
                                  <a:pt x="170887" y="137336"/>
                                  <a:pt x="173320" y="133555"/>
                                  <a:pt x="176205" y="130428"/>
                                </a:cubicBezTo>
                                <a:cubicBezTo>
                                  <a:pt x="182824" y="123374"/>
                                  <a:pt x="186388" y="113556"/>
                                  <a:pt x="190971" y="104611"/>
                                </a:cubicBezTo>
                                <a:cubicBezTo>
                                  <a:pt x="194931" y="96902"/>
                                  <a:pt x="199061" y="89339"/>
                                  <a:pt x="202964" y="81630"/>
                                </a:cubicBezTo>
                                <a:cubicBezTo>
                                  <a:pt x="204152" y="79303"/>
                                  <a:pt x="205001" y="76685"/>
                                  <a:pt x="206019" y="74285"/>
                                </a:cubicBezTo>
                                <a:cubicBezTo>
                                  <a:pt x="206698" y="72758"/>
                                  <a:pt x="207433" y="71376"/>
                                  <a:pt x="208112" y="69922"/>
                                </a:cubicBezTo>
                                <a:cubicBezTo>
                                  <a:pt x="209810" y="66286"/>
                                  <a:pt x="211620" y="62722"/>
                                  <a:pt x="213204" y="59013"/>
                                </a:cubicBezTo>
                                <a:cubicBezTo>
                                  <a:pt x="214166" y="56904"/>
                                  <a:pt x="214788" y="54504"/>
                                  <a:pt x="215693" y="52323"/>
                                </a:cubicBezTo>
                                <a:cubicBezTo>
                                  <a:pt x="216259" y="50941"/>
                                  <a:pt x="217107" y="49777"/>
                                  <a:pt x="217786" y="48468"/>
                                </a:cubicBezTo>
                                <a:cubicBezTo>
                                  <a:pt x="218861" y="46432"/>
                                  <a:pt x="219823" y="44323"/>
                                  <a:pt x="220954" y="42287"/>
                                </a:cubicBezTo>
                                <a:cubicBezTo>
                                  <a:pt x="222086" y="40251"/>
                                  <a:pt x="223274" y="38360"/>
                                  <a:pt x="224405" y="36324"/>
                                </a:cubicBezTo>
                                <a:cubicBezTo>
                                  <a:pt x="227347" y="31233"/>
                                  <a:pt x="230345" y="26142"/>
                                  <a:pt x="233231" y="21052"/>
                                </a:cubicBezTo>
                                <a:cubicBezTo>
                                  <a:pt x="233570" y="20470"/>
                                  <a:pt x="233513" y="19524"/>
                                  <a:pt x="233627" y="18724"/>
                                </a:cubicBezTo>
                                <a:cubicBezTo>
                                  <a:pt x="233966" y="18797"/>
                                  <a:pt x="234362" y="18870"/>
                                  <a:pt x="234702" y="18943"/>
                                </a:cubicBezTo>
                                <a:cubicBezTo>
                                  <a:pt x="234815" y="18724"/>
                                  <a:pt x="234871" y="18652"/>
                                  <a:pt x="234871" y="18579"/>
                                </a:cubicBezTo>
                                <a:cubicBezTo>
                                  <a:pt x="233174" y="15088"/>
                                  <a:pt x="236455" y="14288"/>
                                  <a:pt x="237078" y="12034"/>
                                </a:cubicBezTo>
                                <a:cubicBezTo>
                                  <a:pt x="237530" y="10434"/>
                                  <a:pt x="239001" y="9270"/>
                                  <a:pt x="239906" y="7816"/>
                                </a:cubicBezTo>
                                <a:cubicBezTo>
                                  <a:pt x="241151" y="5707"/>
                                  <a:pt x="242226" y="3380"/>
                                  <a:pt x="243414" y="1198"/>
                                </a:cubicBezTo>
                                <a:cubicBezTo>
                                  <a:pt x="244036" y="107"/>
                                  <a:pt x="244828" y="-256"/>
                                  <a:pt x="245903" y="180"/>
                                </a:cubicBezTo>
                                <a:cubicBezTo>
                                  <a:pt x="247374" y="689"/>
                                  <a:pt x="248901" y="980"/>
                                  <a:pt x="250429" y="1198"/>
                                </a:cubicBezTo>
                                <a:cubicBezTo>
                                  <a:pt x="253201" y="1489"/>
                                  <a:pt x="255294" y="5416"/>
                                  <a:pt x="254728" y="8907"/>
                                </a:cubicBezTo>
                                <a:cubicBezTo>
                                  <a:pt x="254219" y="12470"/>
                                  <a:pt x="254163" y="16106"/>
                                  <a:pt x="253767" y="19670"/>
                                </a:cubicBezTo>
                                <a:cubicBezTo>
                                  <a:pt x="253257" y="24324"/>
                                  <a:pt x="252918" y="28978"/>
                                  <a:pt x="252013" y="33487"/>
                                </a:cubicBezTo>
                                <a:cubicBezTo>
                                  <a:pt x="250825" y="39523"/>
                                  <a:pt x="249241" y="45487"/>
                                  <a:pt x="247600" y="51377"/>
                                </a:cubicBezTo>
                                <a:cubicBezTo>
                                  <a:pt x="246242" y="56104"/>
                                  <a:pt x="245337" y="60831"/>
                                  <a:pt x="245507" y="65922"/>
                                </a:cubicBezTo>
                                <a:cubicBezTo>
                                  <a:pt x="245563" y="67013"/>
                                  <a:pt x="244771" y="68176"/>
                                  <a:pt x="244771" y="69340"/>
                                </a:cubicBezTo>
                                <a:cubicBezTo>
                                  <a:pt x="244715" y="71958"/>
                                  <a:pt x="246242" y="73558"/>
                                  <a:pt x="247544" y="75303"/>
                                </a:cubicBezTo>
                                <a:cubicBezTo>
                                  <a:pt x="247657" y="75449"/>
                                  <a:pt x="247940" y="75449"/>
                                  <a:pt x="247996" y="75594"/>
                                </a:cubicBezTo>
                                <a:cubicBezTo>
                                  <a:pt x="248392" y="77703"/>
                                  <a:pt x="248845" y="79885"/>
                                  <a:pt x="249184" y="81994"/>
                                </a:cubicBezTo>
                                <a:cubicBezTo>
                                  <a:pt x="249467" y="83521"/>
                                  <a:pt x="249693" y="85048"/>
                                  <a:pt x="249806" y="86575"/>
                                </a:cubicBezTo>
                                <a:cubicBezTo>
                                  <a:pt x="249863" y="87666"/>
                                  <a:pt x="249580" y="88830"/>
                                  <a:pt x="249524" y="89921"/>
                                </a:cubicBezTo>
                                <a:cubicBezTo>
                                  <a:pt x="249467" y="91593"/>
                                  <a:pt x="249580" y="93266"/>
                                  <a:pt x="249467" y="94939"/>
                                </a:cubicBezTo>
                                <a:cubicBezTo>
                                  <a:pt x="249297" y="96684"/>
                                  <a:pt x="248901" y="98357"/>
                                  <a:pt x="248618" y="100029"/>
                                </a:cubicBezTo>
                                <a:cubicBezTo>
                                  <a:pt x="248505" y="100757"/>
                                  <a:pt x="248222" y="101557"/>
                                  <a:pt x="248392" y="102138"/>
                                </a:cubicBezTo>
                                <a:cubicBezTo>
                                  <a:pt x="249410" y="106574"/>
                                  <a:pt x="247940" y="110574"/>
                                  <a:pt x="247204" y="114719"/>
                                </a:cubicBezTo>
                                <a:cubicBezTo>
                                  <a:pt x="246695" y="117338"/>
                                  <a:pt x="246299" y="119883"/>
                                  <a:pt x="245733" y="122428"/>
                                </a:cubicBezTo>
                                <a:cubicBezTo>
                                  <a:pt x="245394" y="124028"/>
                                  <a:pt x="244828" y="125628"/>
                                  <a:pt x="244375" y="127155"/>
                                </a:cubicBezTo>
                                <a:cubicBezTo>
                                  <a:pt x="243301" y="130646"/>
                                  <a:pt x="243470" y="134718"/>
                                  <a:pt x="241490" y="137918"/>
                                </a:cubicBezTo>
                                <a:cubicBezTo>
                                  <a:pt x="241264" y="138282"/>
                                  <a:pt x="241886" y="139664"/>
                                  <a:pt x="241660" y="139955"/>
                                </a:cubicBezTo>
                                <a:cubicBezTo>
                                  <a:pt x="240132" y="141918"/>
                                  <a:pt x="240529" y="144972"/>
                                  <a:pt x="238944" y="147009"/>
                                </a:cubicBezTo>
                                <a:cubicBezTo>
                                  <a:pt x="237926" y="148245"/>
                                  <a:pt x="237756" y="150572"/>
                                  <a:pt x="237078" y="152318"/>
                                </a:cubicBezTo>
                                <a:cubicBezTo>
                                  <a:pt x="236455" y="153917"/>
                                  <a:pt x="235720" y="155445"/>
                                  <a:pt x="235098" y="157045"/>
                                </a:cubicBezTo>
                                <a:cubicBezTo>
                                  <a:pt x="234871" y="157626"/>
                                  <a:pt x="234928" y="158426"/>
                                  <a:pt x="234815" y="159299"/>
                                </a:cubicBezTo>
                                <a:cubicBezTo>
                                  <a:pt x="232439" y="161626"/>
                                  <a:pt x="232043" y="165844"/>
                                  <a:pt x="230515" y="169189"/>
                                </a:cubicBezTo>
                                <a:cubicBezTo>
                                  <a:pt x="229893" y="169480"/>
                                  <a:pt x="229044" y="168826"/>
                                  <a:pt x="228931" y="171080"/>
                                </a:cubicBezTo>
                                <a:cubicBezTo>
                                  <a:pt x="228818" y="173044"/>
                                  <a:pt x="226894" y="174789"/>
                                  <a:pt x="225876" y="176680"/>
                                </a:cubicBezTo>
                                <a:cubicBezTo>
                                  <a:pt x="224914" y="178425"/>
                                  <a:pt x="224066" y="180316"/>
                                  <a:pt x="223161" y="182134"/>
                                </a:cubicBezTo>
                                <a:cubicBezTo>
                                  <a:pt x="222142" y="184098"/>
                                  <a:pt x="221520" y="187152"/>
                                  <a:pt x="220106" y="187879"/>
                                </a:cubicBezTo>
                                <a:cubicBezTo>
                                  <a:pt x="218239" y="188752"/>
                                  <a:pt x="217899" y="190715"/>
                                  <a:pt x="216825" y="192097"/>
                                </a:cubicBezTo>
                                <a:cubicBezTo>
                                  <a:pt x="216372" y="192679"/>
                                  <a:pt x="215863" y="193261"/>
                                  <a:pt x="215071" y="194133"/>
                                </a:cubicBezTo>
                                <a:cubicBezTo>
                                  <a:pt x="214335" y="198279"/>
                                  <a:pt x="211676" y="202497"/>
                                  <a:pt x="213034" y="207805"/>
                                </a:cubicBezTo>
                                <a:cubicBezTo>
                                  <a:pt x="213826" y="209260"/>
                                  <a:pt x="215354" y="210205"/>
                                  <a:pt x="215127" y="212896"/>
                                </a:cubicBezTo>
                                <a:cubicBezTo>
                                  <a:pt x="215014" y="214132"/>
                                  <a:pt x="216315" y="215369"/>
                                  <a:pt x="216655" y="216750"/>
                                </a:cubicBezTo>
                                <a:cubicBezTo>
                                  <a:pt x="217107" y="218641"/>
                                  <a:pt x="217164" y="220605"/>
                                  <a:pt x="217503" y="222568"/>
                                </a:cubicBezTo>
                                <a:cubicBezTo>
                                  <a:pt x="217843" y="224823"/>
                                  <a:pt x="218918" y="227295"/>
                                  <a:pt x="218465" y="229259"/>
                                </a:cubicBezTo>
                                <a:cubicBezTo>
                                  <a:pt x="217730" y="232604"/>
                                  <a:pt x="218635" y="235949"/>
                                  <a:pt x="217560" y="239222"/>
                                </a:cubicBezTo>
                                <a:cubicBezTo>
                                  <a:pt x="216881" y="241258"/>
                                  <a:pt x="216259" y="243949"/>
                                  <a:pt x="216768" y="245767"/>
                                </a:cubicBezTo>
                                <a:cubicBezTo>
                                  <a:pt x="217786" y="249258"/>
                                  <a:pt x="216711" y="252458"/>
                                  <a:pt x="216146" y="255221"/>
                                </a:cubicBezTo>
                                <a:cubicBezTo>
                                  <a:pt x="215523" y="258203"/>
                                  <a:pt x="215184" y="261330"/>
                                  <a:pt x="214222" y="264239"/>
                                </a:cubicBezTo>
                                <a:cubicBezTo>
                                  <a:pt x="213996" y="264893"/>
                                  <a:pt x="214222" y="265693"/>
                                  <a:pt x="214166" y="266421"/>
                                </a:cubicBezTo>
                                <a:cubicBezTo>
                                  <a:pt x="214166" y="266857"/>
                                  <a:pt x="214109" y="267293"/>
                                  <a:pt x="213939" y="267730"/>
                                </a:cubicBezTo>
                                <a:cubicBezTo>
                                  <a:pt x="213374" y="269330"/>
                                  <a:pt x="212695" y="270929"/>
                                  <a:pt x="212072" y="272602"/>
                                </a:cubicBezTo>
                                <a:cubicBezTo>
                                  <a:pt x="211903" y="273038"/>
                                  <a:pt x="211903" y="273766"/>
                                  <a:pt x="211620" y="273911"/>
                                </a:cubicBezTo>
                                <a:cubicBezTo>
                                  <a:pt x="209640" y="275511"/>
                                  <a:pt x="210432" y="278347"/>
                                  <a:pt x="209979" y="280602"/>
                                </a:cubicBezTo>
                                <a:cubicBezTo>
                                  <a:pt x="209753" y="281693"/>
                                  <a:pt x="210771" y="283147"/>
                                  <a:pt x="211224" y="284456"/>
                                </a:cubicBezTo>
                                <a:cubicBezTo>
                                  <a:pt x="211450" y="285038"/>
                                  <a:pt x="211733" y="285547"/>
                                  <a:pt x="212016" y="286129"/>
                                </a:cubicBezTo>
                                <a:cubicBezTo>
                                  <a:pt x="214505" y="284965"/>
                                  <a:pt x="216485" y="282711"/>
                                  <a:pt x="218013" y="279511"/>
                                </a:cubicBezTo>
                                <a:cubicBezTo>
                                  <a:pt x="218182" y="279656"/>
                                  <a:pt x="218409" y="279947"/>
                                  <a:pt x="218974" y="280529"/>
                                </a:cubicBezTo>
                                <a:cubicBezTo>
                                  <a:pt x="218974" y="279147"/>
                                  <a:pt x="218974" y="278129"/>
                                  <a:pt x="218974" y="277475"/>
                                </a:cubicBezTo>
                                <a:cubicBezTo>
                                  <a:pt x="219879" y="276820"/>
                                  <a:pt x="221011" y="276238"/>
                                  <a:pt x="221916" y="275293"/>
                                </a:cubicBezTo>
                                <a:cubicBezTo>
                                  <a:pt x="224462" y="272602"/>
                                  <a:pt x="227121" y="269984"/>
                                  <a:pt x="229384" y="266930"/>
                                </a:cubicBezTo>
                                <a:cubicBezTo>
                                  <a:pt x="231364" y="264239"/>
                                  <a:pt x="232495" y="260457"/>
                                  <a:pt x="234702" y="258203"/>
                                </a:cubicBezTo>
                                <a:cubicBezTo>
                                  <a:pt x="236399" y="256457"/>
                                  <a:pt x="236964" y="253258"/>
                                  <a:pt x="239340" y="252530"/>
                                </a:cubicBezTo>
                                <a:cubicBezTo>
                                  <a:pt x="239623" y="249185"/>
                                  <a:pt x="243301" y="248967"/>
                                  <a:pt x="243414" y="245404"/>
                                </a:cubicBezTo>
                                <a:cubicBezTo>
                                  <a:pt x="243414" y="244822"/>
                                  <a:pt x="244149" y="244385"/>
                                  <a:pt x="244545" y="243804"/>
                                </a:cubicBezTo>
                                <a:cubicBezTo>
                                  <a:pt x="246242" y="241113"/>
                                  <a:pt x="247996" y="238495"/>
                                  <a:pt x="249580" y="235731"/>
                                </a:cubicBezTo>
                                <a:cubicBezTo>
                                  <a:pt x="250768" y="233550"/>
                                  <a:pt x="251730" y="231150"/>
                                  <a:pt x="252748" y="228895"/>
                                </a:cubicBezTo>
                                <a:cubicBezTo>
                                  <a:pt x="253993" y="229550"/>
                                  <a:pt x="254332" y="229332"/>
                                  <a:pt x="254163" y="227514"/>
                                </a:cubicBezTo>
                                <a:cubicBezTo>
                                  <a:pt x="254163" y="227150"/>
                                  <a:pt x="254106" y="226714"/>
                                  <a:pt x="254276" y="226423"/>
                                </a:cubicBezTo>
                                <a:cubicBezTo>
                                  <a:pt x="255803" y="223150"/>
                                  <a:pt x="257670" y="220023"/>
                                  <a:pt x="258688" y="216460"/>
                                </a:cubicBezTo>
                                <a:cubicBezTo>
                                  <a:pt x="259028" y="215223"/>
                                  <a:pt x="259480" y="214132"/>
                                  <a:pt x="259820" y="212969"/>
                                </a:cubicBezTo>
                                <a:cubicBezTo>
                                  <a:pt x="260386" y="211151"/>
                                  <a:pt x="261347" y="211005"/>
                                  <a:pt x="262422" y="210278"/>
                                </a:cubicBezTo>
                                <a:cubicBezTo>
                                  <a:pt x="263723" y="209478"/>
                                  <a:pt x="265194" y="208096"/>
                                  <a:pt x="265647" y="206496"/>
                                </a:cubicBezTo>
                                <a:cubicBezTo>
                                  <a:pt x="266665" y="202860"/>
                                  <a:pt x="268023" y="199442"/>
                                  <a:pt x="269381" y="196024"/>
                                </a:cubicBezTo>
                                <a:cubicBezTo>
                                  <a:pt x="270738" y="192534"/>
                                  <a:pt x="272266" y="189188"/>
                                  <a:pt x="273680" y="185698"/>
                                </a:cubicBezTo>
                                <a:cubicBezTo>
                                  <a:pt x="274020" y="184898"/>
                                  <a:pt x="274133" y="183952"/>
                                  <a:pt x="274472" y="183225"/>
                                </a:cubicBezTo>
                                <a:cubicBezTo>
                                  <a:pt x="276396" y="179589"/>
                                  <a:pt x="277018" y="175371"/>
                                  <a:pt x="278149" y="171298"/>
                                </a:cubicBezTo>
                                <a:cubicBezTo>
                                  <a:pt x="278885" y="168680"/>
                                  <a:pt x="280129" y="166280"/>
                                  <a:pt x="281261" y="163881"/>
                                </a:cubicBezTo>
                                <a:cubicBezTo>
                                  <a:pt x="282562" y="161117"/>
                                  <a:pt x="283920" y="158354"/>
                                  <a:pt x="285334" y="155663"/>
                                </a:cubicBezTo>
                                <a:cubicBezTo>
                                  <a:pt x="285617" y="155081"/>
                                  <a:pt x="286126" y="154717"/>
                                  <a:pt x="286635" y="154136"/>
                                </a:cubicBezTo>
                                <a:cubicBezTo>
                                  <a:pt x="286126" y="152027"/>
                                  <a:pt x="287201" y="150499"/>
                                  <a:pt x="288559" y="149118"/>
                                </a:cubicBezTo>
                                <a:cubicBezTo>
                                  <a:pt x="288842" y="148827"/>
                                  <a:pt x="289124" y="148463"/>
                                  <a:pt x="289351" y="148027"/>
                                </a:cubicBezTo>
                                <a:cubicBezTo>
                                  <a:pt x="290935" y="144900"/>
                                  <a:pt x="293367" y="142936"/>
                                  <a:pt x="295574" y="140754"/>
                                </a:cubicBezTo>
                                <a:cubicBezTo>
                                  <a:pt x="296026" y="140318"/>
                                  <a:pt x="296875" y="140245"/>
                                  <a:pt x="297497" y="140391"/>
                                </a:cubicBezTo>
                                <a:cubicBezTo>
                                  <a:pt x="300043" y="140973"/>
                                  <a:pt x="302532" y="141773"/>
                                  <a:pt x="305021" y="142354"/>
                                </a:cubicBezTo>
                                <a:cubicBezTo>
                                  <a:pt x="306832" y="142718"/>
                                  <a:pt x="308416" y="144463"/>
                                  <a:pt x="308416" y="146645"/>
                                </a:cubicBezTo>
                                <a:cubicBezTo>
                                  <a:pt x="308416" y="148536"/>
                                  <a:pt x="308189" y="150427"/>
                                  <a:pt x="307907" y="152245"/>
                                </a:cubicBezTo>
                                <a:cubicBezTo>
                                  <a:pt x="307454" y="155663"/>
                                  <a:pt x="307001" y="159081"/>
                                  <a:pt x="306323" y="162353"/>
                                </a:cubicBezTo>
                                <a:cubicBezTo>
                                  <a:pt x="305870" y="164535"/>
                                  <a:pt x="304908" y="166571"/>
                                  <a:pt x="304173" y="168753"/>
                                </a:cubicBezTo>
                                <a:cubicBezTo>
                                  <a:pt x="303551" y="170498"/>
                                  <a:pt x="303268" y="172535"/>
                                  <a:pt x="302306" y="173989"/>
                                </a:cubicBezTo>
                                <a:cubicBezTo>
                                  <a:pt x="300778" y="176389"/>
                                  <a:pt x="299194" y="178716"/>
                                  <a:pt x="298289" y="181698"/>
                                </a:cubicBezTo>
                                <a:cubicBezTo>
                                  <a:pt x="297893" y="183007"/>
                                  <a:pt x="296479" y="183807"/>
                                  <a:pt x="295743" y="185043"/>
                                </a:cubicBezTo>
                                <a:cubicBezTo>
                                  <a:pt x="293254" y="189261"/>
                                  <a:pt x="290822" y="193624"/>
                                  <a:pt x="288276" y="198061"/>
                                </a:cubicBezTo>
                                <a:cubicBezTo>
                                  <a:pt x="288446" y="198206"/>
                                  <a:pt x="288842" y="198424"/>
                                  <a:pt x="289747" y="198933"/>
                                </a:cubicBezTo>
                                <a:cubicBezTo>
                                  <a:pt x="286013" y="198933"/>
                                  <a:pt x="286522" y="203224"/>
                                  <a:pt x="284938" y="205187"/>
                                </a:cubicBezTo>
                                <a:cubicBezTo>
                                  <a:pt x="283976" y="206424"/>
                                  <a:pt x="283241" y="208024"/>
                                  <a:pt x="282449" y="209405"/>
                                </a:cubicBezTo>
                                <a:cubicBezTo>
                                  <a:pt x="280525" y="212896"/>
                                  <a:pt x="278545" y="216314"/>
                                  <a:pt x="276678" y="219878"/>
                                </a:cubicBezTo>
                                <a:cubicBezTo>
                                  <a:pt x="275604" y="221914"/>
                                  <a:pt x="274812" y="224168"/>
                                  <a:pt x="273680" y="226132"/>
                                </a:cubicBezTo>
                                <a:cubicBezTo>
                                  <a:pt x="273228" y="226932"/>
                                  <a:pt x="274642" y="229623"/>
                                  <a:pt x="272605" y="228532"/>
                                </a:cubicBezTo>
                                <a:cubicBezTo>
                                  <a:pt x="272266" y="229986"/>
                                  <a:pt x="272209" y="231513"/>
                                  <a:pt x="271587" y="232459"/>
                                </a:cubicBezTo>
                                <a:cubicBezTo>
                                  <a:pt x="270229" y="234568"/>
                                  <a:pt x="269550" y="237259"/>
                                  <a:pt x="268023" y="239222"/>
                                </a:cubicBezTo>
                                <a:cubicBezTo>
                                  <a:pt x="267231" y="240240"/>
                                  <a:pt x="267118" y="242204"/>
                                  <a:pt x="266609" y="243658"/>
                                </a:cubicBezTo>
                                <a:cubicBezTo>
                                  <a:pt x="265986" y="245258"/>
                                  <a:pt x="265194" y="246785"/>
                                  <a:pt x="264628" y="248385"/>
                                </a:cubicBezTo>
                                <a:cubicBezTo>
                                  <a:pt x="264119" y="249767"/>
                                  <a:pt x="263780" y="251294"/>
                                  <a:pt x="263327" y="252749"/>
                                </a:cubicBezTo>
                                <a:cubicBezTo>
                                  <a:pt x="262592" y="254930"/>
                                  <a:pt x="262422" y="257621"/>
                                  <a:pt x="260329" y="258712"/>
                                </a:cubicBezTo>
                                <a:cubicBezTo>
                                  <a:pt x="261404" y="260457"/>
                                  <a:pt x="260103" y="261621"/>
                                  <a:pt x="259650" y="263003"/>
                                </a:cubicBezTo>
                                <a:cubicBezTo>
                                  <a:pt x="259254" y="264239"/>
                                  <a:pt x="258632" y="265330"/>
                                  <a:pt x="258405" y="266566"/>
                                </a:cubicBezTo>
                                <a:cubicBezTo>
                                  <a:pt x="258123" y="268021"/>
                                  <a:pt x="257896" y="269548"/>
                                  <a:pt x="258123" y="271002"/>
                                </a:cubicBezTo>
                                <a:cubicBezTo>
                                  <a:pt x="258405" y="273257"/>
                                  <a:pt x="257670" y="273038"/>
                                  <a:pt x="256821" y="272457"/>
                                </a:cubicBezTo>
                                <a:cubicBezTo>
                                  <a:pt x="256539" y="276238"/>
                                  <a:pt x="256256" y="280093"/>
                                  <a:pt x="255916" y="284092"/>
                                </a:cubicBezTo>
                                <a:cubicBezTo>
                                  <a:pt x="256256" y="284020"/>
                                  <a:pt x="256708" y="284020"/>
                                  <a:pt x="256595" y="284020"/>
                                </a:cubicBezTo>
                                <a:cubicBezTo>
                                  <a:pt x="257104" y="286274"/>
                                  <a:pt x="257557" y="288383"/>
                                  <a:pt x="258236" y="291437"/>
                                </a:cubicBezTo>
                                <a:cubicBezTo>
                                  <a:pt x="258632" y="290492"/>
                                  <a:pt x="258915" y="289838"/>
                                  <a:pt x="259254" y="288965"/>
                                </a:cubicBezTo>
                                <a:cubicBezTo>
                                  <a:pt x="259537" y="289547"/>
                                  <a:pt x="259707" y="289910"/>
                                  <a:pt x="260159" y="290783"/>
                                </a:cubicBezTo>
                                <a:cubicBezTo>
                                  <a:pt x="261800" y="289110"/>
                                  <a:pt x="263327" y="287147"/>
                                  <a:pt x="265194" y="285911"/>
                                </a:cubicBezTo>
                                <a:cubicBezTo>
                                  <a:pt x="266609" y="284965"/>
                                  <a:pt x="268419" y="284456"/>
                                  <a:pt x="270003" y="284674"/>
                                </a:cubicBezTo>
                                <a:cubicBezTo>
                                  <a:pt x="272096" y="284965"/>
                                  <a:pt x="272945" y="283292"/>
                                  <a:pt x="274076" y="281838"/>
                                </a:cubicBezTo>
                                <a:cubicBezTo>
                                  <a:pt x="276622" y="278711"/>
                                  <a:pt x="279055" y="275657"/>
                                  <a:pt x="282845" y="274857"/>
                                </a:cubicBezTo>
                                <a:cubicBezTo>
                                  <a:pt x="287258" y="273911"/>
                                  <a:pt x="289973" y="269839"/>
                                  <a:pt x="292689" y="265548"/>
                                </a:cubicBezTo>
                                <a:cubicBezTo>
                                  <a:pt x="296309" y="259730"/>
                                  <a:pt x="300382" y="254349"/>
                                  <a:pt x="304173" y="248603"/>
                                </a:cubicBezTo>
                                <a:cubicBezTo>
                                  <a:pt x="306379" y="245258"/>
                                  <a:pt x="308303" y="241695"/>
                                  <a:pt x="310396" y="238204"/>
                                </a:cubicBezTo>
                                <a:cubicBezTo>
                                  <a:pt x="312263" y="235077"/>
                                  <a:pt x="314299" y="232022"/>
                                  <a:pt x="316110" y="228823"/>
                                </a:cubicBezTo>
                                <a:cubicBezTo>
                                  <a:pt x="317071" y="227150"/>
                                  <a:pt x="317581" y="225041"/>
                                  <a:pt x="318599" y="223514"/>
                                </a:cubicBezTo>
                                <a:cubicBezTo>
                                  <a:pt x="320240" y="221041"/>
                                  <a:pt x="322220" y="218932"/>
                                  <a:pt x="323973" y="216532"/>
                                </a:cubicBezTo>
                                <a:cubicBezTo>
                                  <a:pt x="326406" y="213187"/>
                                  <a:pt x="328725" y="209624"/>
                                  <a:pt x="331215" y="206278"/>
                                </a:cubicBezTo>
                                <a:cubicBezTo>
                                  <a:pt x="332459" y="204606"/>
                                  <a:pt x="333817" y="203006"/>
                                  <a:pt x="335288" y="201624"/>
                                </a:cubicBezTo>
                                <a:cubicBezTo>
                                  <a:pt x="337098" y="199951"/>
                                  <a:pt x="338286" y="197770"/>
                                  <a:pt x="339361" y="195297"/>
                                </a:cubicBezTo>
                                <a:cubicBezTo>
                                  <a:pt x="340097" y="193624"/>
                                  <a:pt x="341567" y="192461"/>
                                  <a:pt x="342755" y="191006"/>
                                </a:cubicBezTo>
                                <a:cubicBezTo>
                                  <a:pt x="343547" y="189479"/>
                                  <a:pt x="344509" y="187807"/>
                                  <a:pt x="345471" y="185988"/>
                                </a:cubicBezTo>
                                <a:cubicBezTo>
                                  <a:pt x="346885" y="186716"/>
                                  <a:pt x="347451" y="184970"/>
                                  <a:pt x="347564" y="183661"/>
                                </a:cubicBezTo>
                                <a:cubicBezTo>
                                  <a:pt x="347677" y="181480"/>
                                  <a:pt x="348922" y="180680"/>
                                  <a:pt x="349884" y="179443"/>
                                </a:cubicBezTo>
                                <a:cubicBezTo>
                                  <a:pt x="350166" y="179007"/>
                                  <a:pt x="350506" y="178643"/>
                                  <a:pt x="350732" y="178134"/>
                                </a:cubicBezTo>
                                <a:cubicBezTo>
                                  <a:pt x="352316" y="175080"/>
                                  <a:pt x="353844" y="171880"/>
                                  <a:pt x="355541" y="168898"/>
                                </a:cubicBezTo>
                                <a:cubicBezTo>
                                  <a:pt x="356276" y="167517"/>
                                  <a:pt x="357351" y="166426"/>
                                  <a:pt x="358200" y="165117"/>
                                </a:cubicBezTo>
                                <a:cubicBezTo>
                                  <a:pt x="358369" y="164826"/>
                                  <a:pt x="358200" y="164244"/>
                                  <a:pt x="358200" y="163590"/>
                                </a:cubicBezTo>
                                <a:cubicBezTo>
                                  <a:pt x="358766" y="162717"/>
                                  <a:pt x="359558" y="161553"/>
                                  <a:pt x="360293" y="160244"/>
                                </a:cubicBezTo>
                                <a:cubicBezTo>
                                  <a:pt x="361085" y="158863"/>
                                  <a:pt x="361877" y="157554"/>
                                  <a:pt x="362443" y="156026"/>
                                </a:cubicBezTo>
                                <a:cubicBezTo>
                                  <a:pt x="363008" y="154572"/>
                                  <a:pt x="363291" y="152972"/>
                                  <a:pt x="364310" y="151736"/>
                                </a:cubicBezTo>
                                <a:cubicBezTo>
                                  <a:pt x="366120" y="149481"/>
                                  <a:pt x="366912" y="146427"/>
                                  <a:pt x="367930" y="143518"/>
                                </a:cubicBezTo>
                                <a:cubicBezTo>
                                  <a:pt x="369005" y="140464"/>
                                  <a:pt x="370702" y="137773"/>
                                  <a:pt x="372173" y="135009"/>
                                </a:cubicBezTo>
                                <a:cubicBezTo>
                                  <a:pt x="373984" y="131519"/>
                                  <a:pt x="375907" y="128101"/>
                                  <a:pt x="377774" y="124537"/>
                                </a:cubicBezTo>
                                <a:cubicBezTo>
                                  <a:pt x="378057" y="125119"/>
                                  <a:pt x="378227" y="125555"/>
                                  <a:pt x="378509" y="126064"/>
                                </a:cubicBezTo>
                                <a:cubicBezTo>
                                  <a:pt x="380433" y="121846"/>
                                  <a:pt x="383431" y="125264"/>
                                  <a:pt x="385694" y="124101"/>
                                </a:cubicBezTo>
                                <a:cubicBezTo>
                                  <a:pt x="388353" y="127737"/>
                                  <a:pt x="388240" y="132173"/>
                                  <a:pt x="388240" y="136609"/>
                                </a:cubicBezTo>
                                <a:cubicBezTo>
                                  <a:pt x="388240" y="138864"/>
                                  <a:pt x="387618" y="140391"/>
                                  <a:pt x="386599" y="142063"/>
                                </a:cubicBezTo>
                                <a:cubicBezTo>
                                  <a:pt x="385694" y="143591"/>
                                  <a:pt x="385185" y="145627"/>
                                  <a:pt x="384563" y="147445"/>
                                </a:cubicBezTo>
                                <a:cubicBezTo>
                                  <a:pt x="384110" y="148827"/>
                                  <a:pt x="384054" y="150572"/>
                                  <a:pt x="382356" y="150645"/>
                                </a:cubicBezTo>
                                <a:cubicBezTo>
                                  <a:pt x="382130" y="150645"/>
                                  <a:pt x="381960" y="151590"/>
                                  <a:pt x="381734" y="152027"/>
                                </a:cubicBezTo>
                                <a:cubicBezTo>
                                  <a:pt x="381112" y="153263"/>
                                  <a:pt x="380433" y="154499"/>
                                  <a:pt x="379867" y="155736"/>
                                </a:cubicBezTo>
                                <a:cubicBezTo>
                                  <a:pt x="379584" y="156390"/>
                                  <a:pt x="379528" y="157335"/>
                                  <a:pt x="379245" y="157990"/>
                                </a:cubicBezTo>
                                <a:cubicBezTo>
                                  <a:pt x="378509" y="159590"/>
                                  <a:pt x="377604" y="161117"/>
                                  <a:pt x="376869" y="162717"/>
                                </a:cubicBezTo>
                                <a:cubicBezTo>
                                  <a:pt x="375907" y="164826"/>
                                  <a:pt x="375341" y="167444"/>
                                  <a:pt x="374040" y="169044"/>
                                </a:cubicBezTo>
                                <a:cubicBezTo>
                                  <a:pt x="372117" y="171298"/>
                                  <a:pt x="371721" y="174716"/>
                                  <a:pt x="369514" y="176753"/>
                                </a:cubicBezTo>
                                <a:cubicBezTo>
                                  <a:pt x="368383" y="177771"/>
                                  <a:pt x="368043" y="180171"/>
                                  <a:pt x="367365" y="181989"/>
                                </a:cubicBezTo>
                                <a:cubicBezTo>
                                  <a:pt x="366742" y="183589"/>
                                  <a:pt x="366177" y="185261"/>
                                  <a:pt x="365554" y="186861"/>
                                </a:cubicBezTo>
                                <a:cubicBezTo>
                                  <a:pt x="365271" y="187588"/>
                                  <a:pt x="364875" y="188316"/>
                                  <a:pt x="364423" y="188825"/>
                                </a:cubicBezTo>
                                <a:cubicBezTo>
                                  <a:pt x="363065" y="190425"/>
                                  <a:pt x="363008" y="190425"/>
                                  <a:pt x="363122" y="191806"/>
                                </a:cubicBezTo>
                                <a:cubicBezTo>
                                  <a:pt x="362556" y="192461"/>
                                  <a:pt x="361820" y="193043"/>
                                  <a:pt x="361877" y="193334"/>
                                </a:cubicBezTo>
                                <a:cubicBezTo>
                                  <a:pt x="362330" y="195806"/>
                                  <a:pt x="360915" y="197042"/>
                                  <a:pt x="359954" y="198642"/>
                                </a:cubicBezTo>
                                <a:cubicBezTo>
                                  <a:pt x="358822" y="200533"/>
                                  <a:pt x="357012" y="201915"/>
                                  <a:pt x="357068" y="204824"/>
                                </a:cubicBezTo>
                                <a:cubicBezTo>
                                  <a:pt x="357068" y="205187"/>
                                  <a:pt x="356559" y="205478"/>
                                  <a:pt x="356333" y="205842"/>
                                </a:cubicBezTo>
                                <a:cubicBezTo>
                                  <a:pt x="355993" y="206351"/>
                                  <a:pt x="355541" y="206787"/>
                                  <a:pt x="355371" y="207369"/>
                                </a:cubicBezTo>
                                <a:cubicBezTo>
                                  <a:pt x="354919" y="209478"/>
                                  <a:pt x="354692" y="211733"/>
                                  <a:pt x="354183" y="213769"/>
                                </a:cubicBezTo>
                                <a:cubicBezTo>
                                  <a:pt x="353844" y="215151"/>
                                  <a:pt x="353278" y="216678"/>
                                  <a:pt x="352543" y="217696"/>
                                </a:cubicBezTo>
                                <a:cubicBezTo>
                                  <a:pt x="351185" y="219587"/>
                                  <a:pt x="351468" y="221914"/>
                                  <a:pt x="351015" y="224023"/>
                                </a:cubicBezTo>
                                <a:cubicBezTo>
                                  <a:pt x="350676" y="225623"/>
                                  <a:pt x="349827" y="227077"/>
                                  <a:pt x="349431" y="228677"/>
                                </a:cubicBezTo>
                                <a:cubicBezTo>
                                  <a:pt x="348526" y="232241"/>
                                  <a:pt x="347734" y="235877"/>
                                  <a:pt x="346885" y="239440"/>
                                </a:cubicBezTo>
                                <a:cubicBezTo>
                                  <a:pt x="346829" y="239731"/>
                                  <a:pt x="346885" y="240240"/>
                                  <a:pt x="346998" y="240313"/>
                                </a:cubicBezTo>
                                <a:cubicBezTo>
                                  <a:pt x="348809" y="241113"/>
                                  <a:pt x="347904" y="242495"/>
                                  <a:pt x="347225" y="243804"/>
                                </a:cubicBezTo>
                                <a:cubicBezTo>
                                  <a:pt x="347904" y="244022"/>
                                  <a:pt x="348356" y="244167"/>
                                  <a:pt x="349205" y="244385"/>
                                </a:cubicBezTo>
                                <a:cubicBezTo>
                                  <a:pt x="348582" y="244967"/>
                                  <a:pt x="348186" y="245258"/>
                                  <a:pt x="347960" y="245476"/>
                                </a:cubicBezTo>
                                <a:cubicBezTo>
                                  <a:pt x="349601" y="247513"/>
                                  <a:pt x="351298" y="248312"/>
                                  <a:pt x="353108" y="244676"/>
                                </a:cubicBezTo>
                                <a:cubicBezTo>
                                  <a:pt x="353108" y="245040"/>
                                  <a:pt x="353108" y="245476"/>
                                  <a:pt x="353165" y="245840"/>
                                </a:cubicBezTo>
                                <a:cubicBezTo>
                                  <a:pt x="352769" y="246567"/>
                                  <a:pt x="352429" y="247222"/>
                                  <a:pt x="351807" y="248312"/>
                                </a:cubicBezTo>
                                <a:cubicBezTo>
                                  <a:pt x="353335" y="247876"/>
                                  <a:pt x="354466" y="247658"/>
                                  <a:pt x="355428" y="247367"/>
                                </a:cubicBezTo>
                                <a:cubicBezTo>
                                  <a:pt x="355654" y="247003"/>
                                  <a:pt x="356107" y="246204"/>
                                  <a:pt x="356163" y="246204"/>
                                </a:cubicBezTo>
                                <a:cubicBezTo>
                                  <a:pt x="358087" y="247585"/>
                                  <a:pt x="359105" y="245622"/>
                                  <a:pt x="360293" y="244458"/>
                                </a:cubicBezTo>
                                <a:cubicBezTo>
                                  <a:pt x="360576" y="244167"/>
                                  <a:pt x="360915" y="243876"/>
                                  <a:pt x="361255" y="243804"/>
                                </a:cubicBezTo>
                                <a:cubicBezTo>
                                  <a:pt x="362160" y="243585"/>
                                  <a:pt x="363065" y="243440"/>
                                  <a:pt x="363970" y="243222"/>
                                </a:cubicBezTo>
                                <a:cubicBezTo>
                                  <a:pt x="363970" y="242931"/>
                                  <a:pt x="363914" y="242640"/>
                                  <a:pt x="363914" y="242349"/>
                                </a:cubicBezTo>
                                <a:cubicBezTo>
                                  <a:pt x="363631" y="242131"/>
                                  <a:pt x="363348" y="241913"/>
                                  <a:pt x="362895" y="241622"/>
                                </a:cubicBezTo>
                                <a:cubicBezTo>
                                  <a:pt x="365328" y="239004"/>
                                  <a:pt x="367647" y="236386"/>
                                  <a:pt x="370193" y="233622"/>
                                </a:cubicBezTo>
                                <a:cubicBezTo>
                                  <a:pt x="369854" y="231077"/>
                                  <a:pt x="371777" y="229841"/>
                                  <a:pt x="373248" y="228532"/>
                                </a:cubicBezTo>
                                <a:cubicBezTo>
                                  <a:pt x="375115" y="226786"/>
                                  <a:pt x="376869" y="225114"/>
                                  <a:pt x="378000" y="222350"/>
                                </a:cubicBezTo>
                                <a:cubicBezTo>
                                  <a:pt x="378566" y="220896"/>
                                  <a:pt x="379754" y="219878"/>
                                  <a:pt x="380603" y="218641"/>
                                </a:cubicBezTo>
                                <a:cubicBezTo>
                                  <a:pt x="383092" y="214932"/>
                                  <a:pt x="385524" y="211224"/>
                                  <a:pt x="388014" y="207515"/>
                                </a:cubicBezTo>
                                <a:cubicBezTo>
                                  <a:pt x="389484" y="205333"/>
                                  <a:pt x="391351" y="203878"/>
                                  <a:pt x="392822" y="201551"/>
                                </a:cubicBezTo>
                                <a:cubicBezTo>
                                  <a:pt x="393954" y="199660"/>
                                  <a:pt x="395877" y="197842"/>
                                  <a:pt x="397574" y="196242"/>
                                </a:cubicBezTo>
                                <a:cubicBezTo>
                                  <a:pt x="399837" y="194133"/>
                                  <a:pt x="401308" y="190643"/>
                                  <a:pt x="403232" y="187879"/>
                                </a:cubicBezTo>
                                <a:cubicBezTo>
                                  <a:pt x="404816" y="185625"/>
                                  <a:pt x="406626" y="183589"/>
                                  <a:pt x="408267" y="181334"/>
                                </a:cubicBezTo>
                                <a:cubicBezTo>
                                  <a:pt x="408946" y="180389"/>
                                  <a:pt x="409342" y="179152"/>
                                  <a:pt x="410020" y="178352"/>
                                </a:cubicBezTo>
                                <a:cubicBezTo>
                                  <a:pt x="411265" y="176898"/>
                                  <a:pt x="412623" y="175662"/>
                                  <a:pt x="413698" y="173989"/>
                                </a:cubicBezTo>
                                <a:cubicBezTo>
                                  <a:pt x="413302" y="174207"/>
                                  <a:pt x="412849" y="174425"/>
                                  <a:pt x="412227" y="174789"/>
                                </a:cubicBezTo>
                                <a:cubicBezTo>
                                  <a:pt x="412453" y="174280"/>
                                  <a:pt x="412566" y="173989"/>
                                  <a:pt x="412679" y="173844"/>
                                </a:cubicBezTo>
                                <a:cubicBezTo>
                                  <a:pt x="414207" y="172316"/>
                                  <a:pt x="415791" y="170862"/>
                                  <a:pt x="417262" y="169262"/>
                                </a:cubicBezTo>
                                <a:cubicBezTo>
                                  <a:pt x="417658" y="168826"/>
                                  <a:pt x="417545" y="167808"/>
                                  <a:pt x="417941" y="167226"/>
                                </a:cubicBezTo>
                                <a:cubicBezTo>
                                  <a:pt x="418563" y="166280"/>
                                  <a:pt x="419411" y="165553"/>
                                  <a:pt x="420147" y="164680"/>
                                </a:cubicBezTo>
                                <a:cubicBezTo>
                                  <a:pt x="420939" y="163735"/>
                                  <a:pt x="421731" y="162790"/>
                                  <a:pt x="422523" y="161772"/>
                                </a:cubicBezTo>
                                <a:cubicBezTo>
                                  <a:pt x="424446" y="159226"/>
                                  <a:pt x="426483" y="156754"/>
                                  <a:pt x="428293" y="154136"/>
                                </a:cubicBezTo>
                                <a:cubicBezTo>
                                  <a:pt x="429877" y="151808"/>
                                  <a:pt x="431179" y="149263"/>
                                  <a:pt x="432649" y="146863"/>
                                </a:cubicBezTo>
                                <a:cubicBezTo>
                                  <a:pt x="432819" y="146645"/>
                                  <a:pt x="432876" y="146209"/>
                                  <a:pt x="433102" y="146136"/>
                                </a:cubicBezTo>
                                <a:cubicBezTo>
                                  <a:pt x="435365" y="145191"/>
                                  <a:pt x="435365" y="142645"/>
                                  <a:pt x="435478" y="140245"/>
                                </a:cubicBezTo>
                                <a:cubicBezTo>
                                  <a:pt x="436666" y="140973"/>
                                  <a:pt x="436949" y="139736"/>
                                  <a:pt x="437232" y="138936"/>
                                </a:cubicBezTo>
                                <a:cubicBezTo>
                                  <a:pt x="438250" y="136246"/>
                                  <a:pt x="439212" y="133555"/>
                                  <a:pt x="440061" y="130791"/>
                                </a:cubicBezTo>
                                <a:cubicBezTo>
                                  <a:pt x="440570" y="129046"/>
                                  <a:pt x="440739" y="127155"/>
                                  <a:pt x="441192" y="125410"/>
                                </a:cubicBezTo>
                                <a:cubicBezTo>
                                  <a:pt x="441758" y="123083"/>
                                  <a:pt x="443002" y="120756"/>
                                  <a:pt x="442833" y="118574"/>
                                </a:cubicBezTo>
                                <a:cubicBezTo>
                                  <a:pt x="442493" y="115229"/>
                                  <a:pt x="444247" y="112683"/>
                                  <a:pt x="444247" y="109629"/>
                                </a:cubicBezTo>
                                <a:cubicBezTo>
                                  <a:pt x="444247" y="108902"/>
                                  <a:pt x="444700" y="108102"/>
                                  <a:pt x="444869" y="107374"/>
                                </a:cubicBezTo>
                                <a:cubicBezTo>
                                  <a:pt x="445039" y="106720"/>
                                  <a:pt x="445491" y="105702"/>
                                  <a:pt x="445322" y="105411"/>
                                </a:cubicBezTo>
                                <a:cubicBezTo>
                                  <a:pt x="443738" y="102720"/>
                                  <a:pt x="446170" y="101484"/>
                                  <a:pt x="446623" y="99593"/>
                                </a:cubicBezTo>
                                <a:cubicBezTo>
                                  <a:pt x="447132" y="97266"/>
                                  <a:pt x="449056" y="96902"/>
                                  <a:pt x="450866" y="96611"/>
                                </a:cubicBezTo>
                                <a:cubicBezTo>
                                  <a:pt x="451036" y="96030"/>
                                  <a:pt x="451205" y="95302"/>
                                  <a:pt x="451488" y="94211"/>
                                </a:cubicBezTo>
                                <a:cubicBezTo>
                                  <a:pt x="451828" y="94793"/>
                                  <a:pt x="452054" y="95084"/>
                                  <a:pt x="451997" y="94939"/>
                                </a:cubicBezTo>
                                <a:cubicBezTo>
                                  <a:pt x="453299" y="94939"/>
                                  <a:pt x="454487" y="95375"/>
                                  <a:pt x="454996" y="94866"/>
                                </a:cubicBezTo>
                                <a:cubicBezTo>
                                  <a:pt x="456184" y="93484"/>
                                  <a:pt x="457315" y="94357"/>
                                  <a:pt x="458390" y="94648"/>
                                </a:cubicBezTo>
                                <a:cubicBezTo>
                                  <a:pt x="459012" y="94793"/>
                                  <a:pt x="459578" y="95666"/>
                                  <a:pt x="460144" y="96248"/>
                                </a:cubicBezTo>
                                <a:cubicBezTo>
                                  <a:pt x="460257" y="96393"/>
                                  <a:pt x="460370" y="96684"/>
                                  <a:pt x="460540" y="96684"/>
                                </a:cubicBezTo>
                                <a:cubicBezTo>
                                  <a:pt x="464330" y="97775"/>
                                  <a:pt x="465292" y="101702"/>
                                  <a:pt x="466027" y="105847"/>
                                </a:cubicBezTo>
                                <a:cubicBezTo>
                                  <a:pt x="466367" y="107593"/>
                                  <a:pt x="466593" y="109411"/>
                                  <a:pt x="466763" y="111229"/>
                                </a:cubicBezTo>
                                <a:cubicBezTo>
                                  <a:pt x="467215" y="117265"/>
                                  <a:pt x="464726" y="121846"/>
                                  <a:pt x="462407" y="126573"/>
                                </a:cubicBezTo>
                                <a:cubicBezTo>
                                  <a:pt x="460936" y="129482"/>
                                  <a:pt x="459069" y="131664"/>
                                  <a:pt x="457032" y="133773"/>
                                </a:cubicBezTo>
                                <a:cubicBezTo>
                                  <a:pt x="455675" y="135227"/>
                                  <a:pt x="454430" y="137118"/>
                                  <a:pt x="453751" y="139155"/>
                                </a:cubicBezTo>
                                <a:cubicBezTo>
                                  <a:pt x="452393" y="143227"/>
                                  <a:pt x="451375" y="147445"/>
                                  <a:pt x="450244" y="151663"/>
                                </a:cubicBezTo>
                                <a:cubicBezTo>
                                  <a:pt x="450244" y="151736"/>
                                  <a:pt x="450244" y="151808"/>
                                  <a:pt x="450187" y="151881"/>
                                </a:cubicBezTo>
                                <a:cubicBezTo>
                                  <a:pt x="447302" y="158499"/>
                                  <a:pt x="448433" y="165771"/>
                                  <a:pt x="448377" y="172826"/>
                                </a:cubicBezTo>
                                <a:cubicBezTo>
                                  <a:pt x="448320" y="175516"/>
                                  <a:pt x="449338" y="178207"/>
                                  <a:pt x="449848" y="180898"/>
                                </a:cubicBezTo>
                                <a:cubicBezTo>
                                  <a:pt x="450187" y="182716"/>
                                  <a:pt x="450640" y="184534"/>
                                  <a:pt x="450923" y="186352"/>
                                </a:cubicBezTo>
                                <a:cubicBezTo>
                                  <a:pt x="451771" y="191661"/>
                                  <a:pt x="452507" y="196970"/>
                                  <a:pt x="453299" y="202279"/>
                                </a:cubicBezTo>
                                <a:cubicBezTo>
                                  <a:pt x="454430" y="209551"/>
                                  <a:pt x="455561" y="216750"/>
                                  <a:pt x="456806" y="224023"/>
                                </a:cubicBezTo>
                                <a:cubicBezTo>
                                  <a:pt x="457655" y="229041"/>
                                  <a:pt x="458447" y="234059"/>
                                  <a:pt x="459408" y="239004"/>
                                </a:cubicBezTo>
                                <a:cubicBezTo>
                                  <a:pt x="460596" y="245185"/>
                                  <a:pt x="461898" y="251294"/>
                                  <a:pt x="461615" y="257694"/>
                                </a:cubicBezTo>
                                <a:cubicBezTo>
                                  <a:pt x="461445" y="260821"/>
                                  <a:pt x="460653" y="263948"/>
                                  <a:pt x="459918" y="267002"/>
                                </a:cubicBezTo>
                                <a:cubicBezTo>
                                  <a:pt x="458616" y="272166"/>
                                  <a:pt x="456693" y="276893"/>
                                  <a:pt x="453638" y="280747"/>
                                </a:cubicBezTo>
                                <a:cubicBezTo>
                                  <a:pt x="453129" y="281402"/>
                                  <a:pt x="452733" y="282129"/>
                                  <a:pt x="452337" y="282856"/>
                                </a:cubicBezTo>
                                <a:cubicBezTo>
                                  <a:pt x="450526" y="286201"/>
                                  <a:pt x="447924" y="288529"/>
                                  <a:pt x="445491" y="290928"/>
                                </a:cubicBezTo>
                                <a:cubicBezTo>
                                  <a:pt x="443511" y="292892"/>
                                  <a:pt x="441192" y="294274"/>
                                  <a:pt x="438929" y="295728"/>
                                </a:cubicBezTo>
                                <a:cubicBezTo>
                                  <a:pt x="437119" y="296964"/>
                                  <a:pt x="435195" y="297837"/>
                                  <a:pt x="433328" y="298783"/>
                                </a:cubicBezTo>
                                <a:cubicBezTo>
                                  <a:pt x="429991" y="300528"/>
                                  <a:pt x="426653" y="301837"/>
                                  <a:pt x="423089" y="302128"/>
                                </a:cubicBezTo>
                                <a:cubicBezTo>
                                  <a:pt x="420939" y="302273"/>
                                  <a:pt x="418789" y="302564"/>
                                  <a:pt x="416639" y="302782"/>
                                </a:cubicBezTo>
                                <a:cubicBezTo>
                                  <a:pt x="416639" y="302782"/>
                                  <a:pt x="416696" y="303073"/>
                                  <a:pt x="416696" y="302928"/>
                                </a:cubicBezTo>
                                <a:cubicBezTo>
                                  <a:pt x="415508" y="303001"/>
                                  <a:pt x="414320" y="303146"/>
                                  <a:pt x="413075" y="303219"/>
                                </a:cubicBezTo>
                                <a:cubicBezTo>
                                  <a:pt x="408323" y="303364"/>
                                  <a:pt x="403797" y="306055"/>
                                  <a:pt x="398932" y="304600"/>
                                </a:cubicBezTo>
                                <a:cubicBezTo>
                                  <a:pt x="397518" y="304164"/>
                                  <a:pt x="395877" y="304600"/>
                                  <a:pt x="394406" y="304746"/>
                                </a:cubicBezTo>
                                <a:cubicBezTo>
                                  <a:pt x="391747" y="304891"/>
                                  <a:pt x="389145" y="305110"/>
                                  <a:pt x="386486" y="305255"/>
                                </a:cubicBezTo>
                                <a:cubicBezTo>
                                  <a:pt x="385298" y="305328"/>
                                  <a:pt x="384110" y="305328"/>
                                  <a:pt x="382922" y="305255"/>
                                </a:cubicBezTo>
                                <a:cubicBezTo>
                                  <a:pt x="380999" y="305110"/>
                                  <a:pt x="379075" y="304819"/>
                                  <a:pt x="377152" y="304819"/>
                                </a:cubicBezTo>
                                <a:cubicBezTo>
                                  <a:pt x="375058" y="304746"/>
                                  <a:pt x="372909" y="304964"/>
                                  <a:pt x="370815" y="304891"/>
                                </a:cubicBezTo>
                                <a:cubicBezTo>
                                  <a:pt x="367874" y="304673"/>
                                  <a:pt x="364932" y="304310"/>
                                  <a:pt x="361990" y="304019"/>
                                </a:cubicBezTo>
                                <a:cubicBezTo>
                                  <a:pt x="361085" y="303946"/>
                                  <a:pt x="360067" y="304237"/>
                                  <a:pt x="359162" y="303946"/>
                                </a:cubicBezTo>
                                <a:cubicBezTo>
                                  <a:pt x="358087" y="303582"/>
                                  <a:pt x="357012" y="303001"/>
                                  <a:pt x="356163" y="302201"/>
                                </a:cubicBezTo>
                                <a:cubicBezTo>
                                  <a:pt x="355824" y="301837"/>
                                  <a:pt x="355767" y="300164"/>
                                  <a:pt x="356107" y="299728"/>
                                </a:cubicBezTo>
                                <a:cubicBezTo>
                                  <a:pt x="356842" y="298855"/>
                                  <a:pt x="357860" y="298492"/>
                                  <a:pt x="358822" y="297910"/>
                                </a:cubicBezTo>
                                <a:cubicBezTo>
                                  <a:pt x="358596" y="297328"/>
                                  <a:pt x="358256" y="296528"/>
                                  <a:pt x="357917" y="295728"/>
                                </a:cubicBezTo>
                                <a:cubicBezTo>
                                  <a:pt x="358030" y="295583"/>
                                  <a:pt x="358143" y="295510"/>
                                  <a:pt x="358256" y="295365"/>
                                </a:cubicBezTo>
                                <a:cubicBezTo>
                                  <a:pt x="358596" y="295874"/>
                                  <a:pt x="358992" y="296310"/>
                                  <a:pt x="359388" y="296964"/>
                                </a:cubicBezTo>
                                <a:cubicBezTo>
                                  <a:pt x="359614" y="296237"/>
                                  <a:pt x="359784" y="295655"/>
                                  <a:pt x="360010" y="294856"/>
                                </a:cubicBezTo>
                                <a:cubicBezTo>
                                  <a:pt x="361142" y="295292"/>
                                  <a:pt x="362273" y="295655"/>
                                  <a:pt x="363801" y="296237"/>
                                </a:cubicBezTo>
                                <a:cubicBezTo>
                                  <a:pt x="363178" y="295074"/>
                                  <a:pt x="362726" y="294274"/>
                                  <a:pt x="361990" y="292819"/>
                                </a:cubicBezTo>
                                <a:cubicBezTo>
                                  <a:pt x="362952" y="293183"/>
                                  <a:pt x="363857" y="293183"/>
                                  <a:pt x="364027" y="293692"/>
                                </a:cubicBezTo>
                                <a:cubicBezTo>
                                  <a:pt x="364875" y="295728"/>
                                  <a:pt x="365894" y="294565"/>
                                  <a:pt x="366742" y="293910"/>
                                </a:cubicBezTo>
                                <a:cubicBezTo>
                                  <a:pt x="368157" y="292747"/>
                                  <a:pt x="369231" y="292819"/>
                                  <a:pt x="370815" y="295655"/>
                                </a:cubicBezTo>
                                <a:cubicBezTo>
                                  <a:pt x="371381" y="294856"/>
                                  <a:pt x="371834" y="294274"/>
                                  <a:pt x="372400" y="293474"/>
                                </a:cubicBezTo>
                                <a:cubicBezTo>
                                  <a:pt x="373192" y="293401"/>
                                  <a:pt x="374719" y="293401"/>
                                  <a:pt x="376133" y="292965"/>
                                </a:cubicBezTo>
                                <a:cubicBezTo>
                                  <a:pt x="377661" y="292528"/>
                                  <a:pt x="380942" y="293183"/>
                                  <a:pt x="381734" y="294637"/>
                                </a:cubicBezTo>
                                <a:cubicBezTo>
                                  <a:pt x="382583" y="292528"/>
                                  <a:pt x="383544" y="292747"/>
                                  <a:pt x="385015" y="293765"/>
                                </a:cubicBezTo>
                                <a:cubicBezTo>
                                  <a:pt x="386034" y="294419"/>
                                  <a:pt x="387561" y="293765"/>
                                  <a:pt x="388806" y="293910"/>
                                </a:cubicBezTo>
                                <a:cubicBezTo>
                                  <a:pt x="389711" y="293983"/>
                                  <a:pt x="390559" y="294492"/>
                                  <a:pt x="391408" y="294783"/>
                                </a:cubicBezTo>
                                <a:cubicBezTo>
                                  <a:pt x="391465" y="294492"/>
                                  <a:pt x="391521" y="294274"/>
                                  <a:pt x="391578" y="293983"/>
                                </a:cubicBezTo>
                                <a:cubicBezTo>
                                  <a:pt x="391238" y="293837"/>
                                  <a:pt x="390842" y="293619"/>
                                  <a:pt x="390446" y="293474"/>
                                </a:cubicBezTo>
                                <a:cubicBezTo>
                                  <a:pt x="390559" y="293401"/>
                                  <a:pt x="390673" y="293183"/>
                                  <a:pt x="390786" y="293183"/>
                                </a:cubicBezTo>
                                <a:cubicBezTo>
                                  <a:pt x="393218" y="292965"/>
                                  <a:pt x="395651" y="292528"/>
                                  <a:pt x="398084" y="292601"/>
                                </a:cubicBezTo>
                                <a:cubicBezTo>
                                  <a:pt x="399554" y="292674"/>
                                  <a:pt x="400969" y="293256"/>
                                  <a:pt x="402270" y="291947"/>
                                </a:cubicBezTo>
                                <a:cubicBezTo>
                                  <a:pt x="402383" y="291801"/>
                                  <a:pt x="403062" y="292528"/>
                                  <a:pt x="403571" y="292965"/>
                                </a:cubicBezTo>
                                <a:cubicBezTo>
                                  <a:pt x="404703" y="291292"/>
                                  <a:pt x="405721" y="290201"/>
                                  <a:pt x="407701" y="291874"/>
                                </a:cubicBezTo>
                                <a:cubicBezTo>
                                  <a:pt x="408606" y="292601"/>
                                  <a:pt x="410586" y="291801"/>
                                  <a:pt x="411887" y="291074"/>
                                </a:cubicBezTo>
                                <a:cubicBezTo>
                                  <a:pt x="414263" y="289765"/>
                                  <a:pt x="416639" y="289474"/>
                                  <a:pt x="419129" y="289765"/>
                                </a:cubicBezTo>
                                <a:cubicBezTo>
                                  <a:pt x="419638" y="289838"/>
                                  <a:pt x="420203" y="289183"/>
                                  <a:pt x="420713" y="289038"/>
                                </a:cubicBezTo>
                                <a:cubicBezTo>
                                  <a:pt x="422070" y="288674"/>
                                  <a:pt x="423145" y="286710"/>
                                  <a:pt x="424899" y="288092"/>
                                </a:cubicBezTo>
                                <a:cubicBezTo>
                                  <a:pt x="425352" y="288456"/>
                                  <a:pt x="426540" y="287365"/>
                                  <a:pt x="427445" y="286856"/>
                                </a:cubicBezTo>
                                <a:cubicBezTo>
                                  <a:pt x="427332" y="286638"/>
                                  <a:pt x="427162" y="286347"/>
                                  <a:pt x="427275" y="286492"/>
                                </a:cubicBezTo>
                                <a:cubicBezTo>
                                  <a:pt x="428746" y="285329"/>
                                  <a:pt x="430160" y="283656"/>
                                  <a:pt x="431688" y="283292"/>
                                </a:cubicBezTo>
                                <a:cubicBezTo>
                                  <a:pt x="434007" y="282783"/>
                                  <a:pt x="435195" y="280311"/>
                                  <a:pt x="437006" y="279002"/>
                                </a:cubicBezTo>
                                <a:cubicBezTo>
                                  <a:pt x="438646" y="277838"/>
                                  <a:pt x="439891" y="275729"/>
                                  <a:pt x="441192" y="273911"/>
                                </a:cubicBezTo>
                                <a:cubicBezTo>
                                  <a:pt x="443059" y="271293"/>
                                  <a:pt x="444982" y="268748"/>
                                  <a:pt x="446566" y="265912"/>
                                </a:cubicBezTo>
                                <a:cubicBezTo>
                                  <a:pt x="447415" y="264384"/>
                                  <a:pt x="447924" y="262348"/>
                                  <a:pt x="448150" y="260530"/>
                                </a:cubicBezTo>
                                <a:cubicBezTo>
                                  <a:pt x="448546" y="256821"/>
                                  <a:pt x="448716" y="253040"/>
                                  <a:pt x="448886" y="249331"/>
                                </a:cubicBezTo>
                                <a:cubicBezTo>
                                  <a:pt x="448886" y="248822"/>
                                  <a:pt x="448490" y="248240"/>
                                  <a:pt x="448264" y="247658"/>
                                </a:cubicBezTo>
                                <a:cubicBezTo>
                                  <a:pt x="448094" y="247222"/>
                                  <a:pt x="447868" y="246713"/>
                                  <a:pt x="447924" y="246204"/>
                                </a:cubicBezTo>
                                <a:cubicBezTo>
                                  <a:pt x="448320" y="241840"/>
                                  <a:pt x="447358" y="237695"/>
                                  <a:pt x="446397" y="233622"/>
                                </a:cubicBezTo>
                                <a:cubicBezTo>
                                  <a:pt x="445774" y="231004"/>
                                  <a:pt x="444926" y="228386"/>
                                  <a:pt x="444417" y="225695"/>
                                </a:cubicBezTo>
                                <a:cubicBezTo>
                                  <a:pt x="443625" y="221987"/>
                                  <a:pt x="443059" y="218132"/>
                                  <a:pt x="442323" y="214423"/>
                                </a:cubicBezTo>
                                <a:cubicBezTo>
                                  <a:pt x="441418" y="209478"/>
                                  <a:pt x="440457" y="204606"/>
                                  <a:pt x="439495" y="199660"/>
                                </a:cubicBezTo>
                                <a:cubicBezTo>
                                  <a:pt x="438816" y="196242"/>
                                  <a:pt x="438194" y="192824"/>
                                  <a:pt x="437628" y="189334"/>
                                </a:cubicBezTo>
                                <a:cubicBezTo>
                                  <a:pt x="437571" y="189043"/>
                                  <a:pt x="438080" y="188534"/>
                                  <a:pt x="438137" y="188461"/>
                                </a:cubicBezTo>
                                <a:cubicBezTo>
                                  <a:pt x="437911" y="187297"/>
                                  <a:pt x="437628" y="186279"/>
                                  <a:pt x="437571" y="185189"/>
                                </a:cubicBezTo>
                                <a:cubicBezTo>
                                  <a:pt x="437345" y="182352"/>
                                  <a:pt x="435987" y="179662"/>
                                  <a:pt x="437006" y="176680"/>
                                </a:cubicBezTo>
                                <a:cubicBezTo>
                                  <a:pt x="437062" y="176534"/>
                                  <a:pt x="436949" y="176171"/>
                                  <a:pt x="436836" y="176025"/>
                                </a:cubicBezTo>
                                <a:cubicBezTo>
                                  <a:pt x="436157" y="174571"/>
                                  <a:pt x="432649" y="172826"/>
                                  <a:pt x="431348" y="173407"/>
                                </a:cubicBezTo>
                                <a:cubicBezTo>
                                  <a:pt x="431179" y="173480"/>
                                  <a:pt x="431009" y="173698"/>
                                  <a:pt x="430839" y="173698"/>
                                </a:cubicBezTo>
                                <a:cubicBezTo>
                                  <a:pt x="429821" y="173698"/>
                                  <a:pt x="428463" y="173116"/>
                                  <a:pt x="427897" y="173698"/>
                                </a:cubicBezTo>
                                <a:cubicBezTo>
                                  <a:pt x="426426" y="175444"/>
                                  <a:pt x="424956" y="177480"/>
                                  <a:pt x="424164" y="179807"/>
                                </a:cubicBezTo>
                                <a:cubicBezTo>
                                  <a:pt x="423541" y="181552"/>
                                  <a:pt x="422070" y="181625"/>
                                  <a:pt x="421618" y="183152"/>
                                </a:cubicBezTo>
                                <a:cubicBezTo>
                                  <a:pt x="421561" y="183298"/>
                                  <a:pt x="421109" y="183298"/>
                                  <a:pt x="421109" y="183443"/>
                                </a:cubicBezTo>
                                <a:cubicBezTo>
                                  <a:pt x="420996" y="185334"/>
                                  <a:pt x="419638" y="185843"/>
                                  <a:pt x="418846" y="187007"/>
                                </a:cubicBezTo>
                                <a:cubicBezTo>
                                  <a:pt x="417035" y="189406"/>
                                  <a:pt x="415678" y="192315"/>
                                  <a:pt x="414037" y="194933"/>
                                </a:cubicBezTo>
                                <a:cubicBezTo>
                                  <a:pt x="413585" y="195661"/>
                                  <a:pt x="412849" y="196170"/>
                                  <a:pt x="412340" y="196824"/>
                                </a:cubicBezTo>
                                <a:cubicBezTo>
                                  <a:pt x="411322" y="198061"/>
                                  <a:pt x="410360" y="199297"/>
                                  <a:pt x="409398" y="200533"/>
                                </a:cubicBezTo>
                                <a:cubicBezTo>
                                  <a:pt x="409285" y="200679"/>
                                  <a:pt x="409228" y="201042"/>
                                  <a:pt x="409059" y="201115"/>
                                </a:cubicBezTo>
                                <a:cubicBezTo>
                                  <a:pt x="406117" y="203224"/>
                                  <a:pt x="404816" y="207224"/>
                                  <a:pt x="402553" y="210060"/>
                                </a:cubicBezTo>
                                <a:cubicBezTo>
                                  <a:pt x="401195" y="211733"/>
                                  <a:pt x="400460" y="214132"/>
                                  <a:pt x="398480" y="215151"/>
                                </a:cubicBezTo>
                                <a:cubicBezTo>
                                  <a:pt x="397461" y="215660"/>
                                  <a:pt x="396952" y="217478"/>
                                  <a:pt x="396047" y="218569"/>
                                </a:cubicBezTo>
                                <a:cubicBezTo>
                                  <a:pt x="393897" y="221114"/>
                                  <a:pt x="391747" y="223514"/>
                                  <a:pt x="389541" y="225914"/>
                                </a:cubicBezTo>
                                <a:cubicBezTo>
                                  <a:pt x="389258" y="226205"/>
                                  <a:pt x="388693" y="225986"/>
                                  <a:pt x="388523" y="226423"/>
                                </a:cubicBezTo>
                                <a:cubicBezTo>
                                  <a:pt x="387844" y="227223"/>
                                  <a:pt x="387278" y="228168"/>
                                  <a:pt x="386543" y="228895"/>
                                </a:cubicBezTo>
                                <a:cubicBezTo>
                                  <a:pt x="384393" y="231150"/>
                                  <a:pt x="382073" y="233186"/>
                                  <a:pt x="380037" y="235586"/>
                                </a:cubicBezTo>
                                <a:cubicBezTo>
                                  <a:pt x="379132" y="236677"/>
                                  <a:pt x="378509" y="238277"/>
                                  <a:pt x="377887" y="239658"/>
                                </a:cubicBezTo>
                                <a:cubicBezTo>
                                  <a:pt x="377265" y="240967"/>
                                  <a:pt x="376473" y="241695"/>
                                  <a:pt x="375341" y="242422"/>
                                </a:cubicBezTo>
                                <a:cubicBezTo>
                                  <a:pt x="373927" y="243295"/>
                                  <a:pt x="373022" y="245549"/>
                                  <a:pt x="371834" y="247149"/>
                                </a:cubicBezTo>
                                <a:cubicBezTo>
                                  <a:pt x="371268" y="247876"/>
                                  <a:pt x="370419" y="248385"/>
                                  <a:pt x="369797" y="249112"/>
                                </a:cubicBezTo>
                                <a:cubicBezTo>
                                  <a:pt x="369175" y="249840"/>
                                  <a:pt x="368666" y="250640"/>
                                  <a:pt x="368100" y="251440"/>
                                </a:cubicBezTo>
                                <a:cubicBezTo>
                                  <a:pt x="366742" y="253185"/>
                                  <a:pt x="365385" y="255003"/>
                                  <a:pt x="363970" y="256748"/>
                                </a:cubicBezTo>
                                <a:cubicBezTo>
                                  <a:pt x="362839" y="258130"/>
                                  <a:pt x="361538" y="259221"/>
                                  <a:pt x="360350" y="260530"/>
                                </a:cubicBezTo>
                                <a:cubicBezTo>
                                  <a:pt x="358935" y="262130"/>
                                  <a:pt x="357521" y="263803"/>
                                  <a:pt x="356163" y="265548"/>
                                </a:cubicBezTo>
                                <a:cubicBezTo>
                                  <a:pt x="355824" y="265984"/>
                                  <a:pt x="355767" y="266857"/>
                                  <a:pt x="355711" y="267002"/>
                                </a:cubicBezTo>
                                <a:cubicBezTo>
                                  <a:pt x="354975" y="267511"/>
                                  <a:pt x="354409" y="267730"/>
                                  <a:pt x="354013" y="268239"/>
                                </a:cubicBezTo>
                                <a:cubicBezTo>
                                  <a:pt x="352486" y="270275"/>
                                  <a:pt x="350789" y="271875"/>
                                  <a:pt x="348639" y="272820"/>
                                </a:cubicBezTo>
                                <a:cubicBezTo>
                                  <a:pt x="346942" y="273620"/>
                                  <a:pt x="345358" y="275002"/>
                                  <a:pt x="343830" y="276238"/>
                                </a:cubicBezTo>
                                <a:cubicBezTo>
                                  <a:pt x="341398" y="278202"/>
                                  <a:pt x="336532" y="278202"/>
                                  <a:pt x="334043" y="276093"/>
                                </a:cubicBezTo>
                                <a:cubicBezTo>
                                  <a:pt x="332912" y="275075"/>
                                  <a:pt x="331441" y="274420"/>
                                  <a:pt x="330592" y="273111"/>
                                </a:cubicBezTo>
                                <a:cubicBezTo>
                                  <a:pt x="328386" y="269693"/>
                                  <a:pt x="327141" y="265912"/>
                                  <a:pt x="328103" y="261112"/>
                                </a:cubicBezTo>
                                <a:cubicBezTo>
                                  <a:pt x="328725" y="258057"/>
                                  <a:pt x="328329" y="254712"/>
                                  <a:pt x="328499" y="251512"/>
                                </a:cubicBezTo>
                                <a:cubicBezTo>
                                  <a:pt x="328556" y="249912"/>
                                  <a:pt x="328782" y="248312"/>
                                  <a:pt x="328952" y="246713"/>
                                </a:cubicBezTo>
                                <a:cubicBezTo>
                                  <a:pt x="329065" y="245549"/>
                                  <a:pt x="329404" y="244458"/>
                                  <a:pt x="329348" y="243295"/>
                                </a:cubicBezTo>
                                <a:cubicBezTo>
                                  <a:pt x="329348" y="242713"/>
                                  <a:pt x="329348" y="242204"/>
                                  <a:pt x="329065" y="241913"/>
                                </a:cubicBezTo>
                                <a:cubicBezTo>
                                  <a:pt x="328725" y="241622"/>
                                  <a:pt x="328216" y="241913"/>
                                  <a:pt x="327877" y="242058"/>
                                </a:cubicBezTo>
                                <a:cubicBezTo>
                                  <a:pt x="325670" y="243222"/>
                                  <a:pt x="323181" y="244095"/>
                                  <a:pt x="323068" y="243804"/>
                                </a:cubicBezTo>
                                <a:cubicBezTo>
                                  <a:pt x="323068" y="243804"/>
                                  <a:pt x="323068" y="243804"/>
                                  <a:pt x="323068" y="243804"/>
                                </a:cubicBezTo>
                                <a:cubicBezTo>
                                  <a:pt x="321031" y="245476"/>
                                  <a:pt x="319617" y="247222"/>
                                  <a:pt x="318769" y="248531"/>
                                </a:cubicBezTo>
                                <a:cubicBezTo>
                                  <a:pt x="317015" y="251076"/>
                                  <a:pt x="316110" y="253403"/>
                                  <a:pt x="313507" y="255803"/>
                                </a:cubicBezTo>
                                <a:cubicBezTo>
                                  <a:pt x="312942" y="256312"/>
                                  <a:pt x="312772" y="256239"/>
                                  <a:pt x="312376" y="256821"/>
                                </a:cubicBezTo>
                                <a:cubicBezTo>
                                  <a:pt x="311188" y="258639"/>
                                  <a:pt x="310056" y="260457"/>
                                  <a:pt x="308868" y="262348"/>
                                </a:cubicBezTo>
                                <a:cubicBezTo>
                                  <a:pt x="306888" y="264603"/>
                                  <a:pt x="304965" y="266857"/>
                                  <a:pt x="302985" y="269111"/>
                                </a:cubicBezTo>
                                <a:cubicBezTo>
                                  <a:pt x="301118" y="267657"/>
                                  <a:pt x="300722" y="270275"/>
                                  <a:pt x="299760" y="271075"/>
                                </a:cubicBezTo>
                                <a:cubicBezTo>
                                  <a:pt x="298402" y="272311"/>
                                  <a:pt x="297271" y="273984"/>
                                  <a:pt x="295743" y="275802"/>
                                </a:cubicBezTo>
                                <a:cubicBezTo>
                                  <a:pt x="295630" y="275875"/>
                                  <a:pt x="295517" y="275947"/>
                                  <a:pt x="295461" y="276093"/>
                                </a:cubicBezTo>
                                <a:cubicBezTo>
                                  <a:pt x="295178" y="276238"/>
                                  <a:pt x="294951" y="276456"/>
                                  <a:pt x="294669" y="276602"/>
                                </a:cubicBezTo>
                                <a:cubicBezTo>
                                  <a:pt x="294555" y="276747"/>
                                  <a:pt x="294329" y="276893"/>
                                  <a:pt x="294103" y="277184"/>
                                </a:cubicBezTo>
                                <a:cubicBezTo>
                                  <a:pt x="293537" y="277693"/>
                                  <a:pt x="293028" y="277984"/>
                                  <a:pt x="292915" y="278129"/>
                                </a:cubicBezTo>
                                <a:cubicBezTo>
                                  <a:pt x="291953" y="278784"/>
                                  <a:pt x="290086" y="280456"/>
                                  <a:pt x="288672" y="282202"/>
                                </a:cubicBezTo>
                                <a:cubicBezTo>
                                  <a:pt x="288446" y="282493"/>
                                  <a:pt x="287936" y="283147"/>
                                  <a:pt x="287371" y="284020"/>
                                </a:cubicBezTo>
                                <a:cubicBezTo>
                                  <a:pt x="286975" y="284601"/>
                                  <a:pt x="286748" y="284965"/>
                                  <a:pt x="286692" y="285038"/>
                                </a:cubicBezTo>
                                <a:cubicBezTo>
                                  <a:pt x="285617" y="286710"/>
                                  <a:pt x="283807" y="287510"/>
                                  <a:pt x="281827" y="289619"/>
                                </a:cubicBezTo>
                                <a:cubicBezTo>
                                  <a:pt x="281657" y="289838"/>
                                  <a:pt x="279733" y="292237"/>
                                  <a:pt x="278489" y="293765"/>
                                </a:cubicBezTo>
                                <a:cubicBezTo>
                                  <a:pt x="278149" y="294201"/>
                                  <a:pt x="277810" y="294928"/>
                                  <a:pt x="277414" y="295074"/>
                                </a:cubicBezTo>
                                <a:cubicBezTo>
                                  <a:pt x="276226" y="295437"/>
                                  <a:pt x="275660" y="296237"/>
                                  <a:pt x="275377" y="297837"/>
                                </a:cubicBezTo>
                                <a:cubicBezTo>
                                  <a:pt x="275208" y="298855"/>
                                  <a:pt x="274189" y="299801"/>
                                  <a:pt x="273397" y="300455"/>
                                </a:cubicBezTo>
                                <a:cubicBezTo>
                                  <a:pt x="270455" y="303146"/>
                                  <a:pt x="268475" y="307364"/>
                                  <a:pt x="265024" y="309327"/>
                                </a:cubicBezTo>
                                <a:cubicBezTo>
                                  <a:pt x="262762" y="310636"/>
                                  <a:pt x="260725" y="312673"/>
                                  <a:pt x="258688" y="314564"/>
                                </a:cubicBezTo>
                                <a:cubicBezTo>
                                  <a:pt x="258123" y="315073"/>
                                  <a:pt x="257953" y="316236"/>
                                  <a:pt x="257500" y="317327"/>
                                </a:cubicBezTo>
                                <a:cubicBezTo>
                                  <a:pt x="256029" y="316745"/>
                                  <a:pt x="254672" y="317036"/>
                                  <a:pt x="253257" y="318854"/>
                                </a:cubicBezTo>
                                <a:cubicBezTo>
                                  <a:pt x="252578" y="319727"/>
                                  <a:pt x="250825" y="319218"/>
                                  <a:pt x="249580" y="319218"/>
                                </a:cubicBezTo>
                                <a:cubicBezTo>
                                  <a:pt x="248675" y="319218"/>
                                  <a:pt x="247770" y="318709"/>
                                  <a:pt x="246921" y="318782"/>
                                </a:cubicBezTo>
                                <a:cubicBezTo>
                                  <a:pt x="244319" y="319000"/>
                                  <a:pt x="243131" y="316600"/>
                                  <a:pt x="241377" y="314709"/>
                                </a:cubicBezTo>
                                <a:cubicBezTo>
                                  <a:pt x="239340" y="312527"/>
                                  <a:pt x="239001" y="309037"/>
                                  <a:pt x="237078" y="307437"/>
                                </a:cubicBezTo>
                                <a:cubicBezTo>
                                  <a:pt x="237078" y="300455"/>
                                  <a:pt x="237078" y="293765"/>
                                  <a:pt x="237078" y="287510"/>
                                </a:cubicBezTo>
                                <a:cubicBezTo>
                                  <a:pt x="233231" y="286783"/>
                                  <a:pt x="230232" y="287729"/>
                                  <a:pt x="228535" y="292237"/>
                                </a:cubicBezTo>
                                <a:cubicBezTo>
                                  <a:pt x="228139" y="292456"/>
                                  <a:pt x="227460" y="292601"/>
                                  <a:pt x="227121" y="293037"/>
                                </a:cubicBezTo>
                                <a:cubicBezTo>
                                  <a:pt x="226216" y="294346"/>
                                  <a:pt x="225424" y="295874"/>
                                  <a:pt x="224575" y="297255"/>
                                </a:cubicBezTo>
                                <a:cubicBezTo>
                                  <a:pt x="224292" y="297692"/>
                                  <a:pt x="223953" y="298201"/>
                                  <a:pt x="223613" y="298419"/>
                                </a:cubicBezTo>
                                <a:cubicBezTo>
                                  <a:pt x="220785" y="299655"/>
                                  <a:pt x="219993" y="300528"/>
                                  <a:pt x="218578" y="304164"/>
                                </a:cubicBezTo>
                                <a:cubicBezTo>
                                  <a:pt x="218409" y="304528"/>
                                  <a:pt x="218239" y="304891"/>
                                  <a:pt x="217956" y="305110"/>
                                </a:cubicBezTo>
                                <a:cubicBezTo>
                                  <a:pt x="215127" y="307655"/>
                                  <a:pt x="212299" y="310055"/>
                                  <a:pt x="209527" y="312600"/>
                                </a:cubicBezTo>
                                <a:cubicBezTo>
                                  <a:pt x="208678" y="313400"/>
                                  <a:pt x="207999" y="314564"/>
                                  <a:pt x="207207" y="315436"/>
                                </a:cubicBezTo>
                                <a:cubicBezTo>
                                  <a:pt x="205453" y="317400"/>
                                  <a:pt x="203700" y="319363"/>
                                  <a:pt x="201946" y="321327"/>
                                </a:cubicBezTo>
                                <a:cubicBezTo>
                                  <a:pt x="201663" y="321618"/>
                                  <a:pt x="201606" y="322272"/>
                                  <a:pt x="201324" y="322563"/>
                                </a:cubicBezTo>
                                <a:cubicBezTo>
                                  <a:pt x="200984" y="322927"/>
                                  <a:pt x="200532" y="322999"/>
                                  <a:pt x="199683" y="323509"/>
                                </a:cubicBezTo>
                                <a:cubicBezTo>
                                  <a:pt x="199287" y="324745"/>
                                  <a:pt x="196345" y="327436"/>
                                  <a:pt x="195157" y="326781"/>
                                </a:cubicBezTo>
                                <a:cubicBezTo>
                                  <a:pt x="194309" y="328672"/>
                                  <a:pt x="193121" y="330054"/>
                                  <a:pt x="191310" y="330490"/>
                                </a:cubicBezTo>
                                <a:cubicBezTo>
                                  <a:pt x="190858" y="330563"/>
                                  <a:pt x="190518" y="331290"/>
                                  <a:pt x="190179" y="331799"/>
                                </a:cubicBezTo>
                                <a:cubicBezTo>
                                  <a:pt x="189952" y="332090"/>
                                  <a:pt x="189783" y="332599"/>
                                  <a:pt x="189500" y="332817"/>
                                </a:cubicBezTo>
                                <a:cubicBezTo>
                                  <a:pt x="187520" y="334490"/>
                                  <a:pt x="185370" y="335799"/>
                                  <a:pt x="183560" y="337762"/>
                                </a:cubicBezTo>
                                <a:cubicBezTo>
                                  <a:pt x="181353" y="340235"/>
                                  <a:pt x="178751" y="342126"/>
                                  <a:pt x="177167" y="345616"/>
                                </a:cubicBezTo>
                                <a:cubicBezTo>
                                  <a:pt x="176488" y="347144"/>
                                  <a:pt x="174678" y="347653"/>
                                  <a:pt x="173716" y="349034"/>
                                </a:cubicBezTo>
                                <a:cubicBezTo>
                                  <a:pt x="170718" y="353252"/>
                                  <a:pt x="166984" y="356380"/>
                                  <a:pt x="163646" y="360016"/>
                                </a:cubicBezTo>
                                <a:cubicBezTo>
                                  <a:pt x="160082" y="363943"/>
                                  <a:pt x="156461" y="367724"/>
                                  <a:pt x="152841" y="371506"/>
                                </a:cubicBezTo>
                                <a:cubicBezTo>
                                  <a:pt x="150861" y="373542"/>
                                  <a:pt x="148937" y="375724"/>
                                  <a:pt x="146787" y="377251"/>
                                </a:cubicBezTo>
                                <a:cubicBezTo>
                                  <a:pt x="142318" y="380451"/>
                                  <a:pt x="137679" y="383287"/>
                                  <a:pt x="133040" y="386196"/>
                                </a:cubicBezTo>
                                <a:cubicBezTo>
                                  <a:pt x="132079" y="386778"/>
                                  <a:pt x="130947" y="386851"/>
                                  <a:pt x="129929" y="387214"/>
                                </a:cubicBezTo>
                                <a:cubicBezTo>
                                  <a:pt x="128458" y="387723"/>
                                  <a:pt x="127044" y="388523"/>
                                  <a:pt x="125629" y="388669"/>
                                </a:cubicBezTo>
                                <a:cubicBezTo>
                                  <a:pt x="120821" y="389323"/>
                                  <a:pt x="115955" y="389614"/>
                                  <a:pt x="111090" y="390341"/>
                                </a:cubicBezTo>
                                <a:cubicBezTo>
                                  <a:pt x="108884" y="390705"/>
                                  <a:pt x="106960" y="389687"/>
                                  <a:pt x="104924" y="389105"/>
                                </a:cubicBezTo>
                                <a:cubicBezTo>
                                  <a:pt x="102208" y="388378"/>
                                  <a:pt x="100850" y="385760"/>
                                  <a:pt x="99040" y="383578"/>
                                </a:cubicBezTo>
                                <a:cubicBezTo>
                                  <a:pt x="94797" y="378487"/>
                                  <a:pt x="89875" y="377106"/>
                                  <a:pt x="84388" y="379360"/>
                                </a:cubicBezTo>
                                <a:cubicBezTo>
                                  <a:pt x="83313" y="379797"/>
                                  <a:pt x="82181" y="380669"/>
                                  <a:pt x="81559" y="381760"/>
                                </a:cubicBezTo>
                                <a:cubicBezTo>
                                  <a:pt x="79692" y="384814"/>
                                  <a:pt x="77146" y="385178"/>
                                  <a:pt x="74601" y="385033"/>
                                </a:cubicBezTo>
                                <a:cubicBezTo>
                                  <a:pt x="73526" y="384960"/>
                                  <a:pt x="72338" y="383796"/>
                                  <a:pt x="71433" y="382778"/>
                                </a:cubicBezTo>
                                <a:cubicBezTo>
                                  <a:pt x="68321" y="379142"/>
                                  <a:pt x="68208" y="373833"/>
                                  <a:pt x="67020" y="369106"/>
                                </a:cubicBezTo>
                                <a:cubicBezTo>
                                  <a:pt x="66907" y="368597"/>
                                  <a:pt x="66907" y="367943"/>
                                  <a:pt x="66737" y="367434"/>
                                </a:cubicBezTo>
                                <a:cubicBezTo>
                                  <a:pt x="64474" y="361688"/>
                                  <a:pt x="64700" y="355434"/>
                                  <a:pt x="64927" y="349253"/>
                                </a:cubicBezTo>
                                <a:cubicBezTo>
                                  <a:pt x="65096" y="344817"/>
                                  <a:pt x="67133" y="341471"/>
                                  <a:pt x="69057" y="337981"/>
                                </a:cubicBezTo>
                                <a:cubicBezTo>
                                  <a:pt x="71489" y="333617"/>
                                  <a:pt x="73696" y="329036"/>
                                  <a:pt x="76072" y="324672"/>
                                </a:cubicBezTo>
                                <a:cubicBezTo>
                                  <a:pt x="76807" y="323290"/>
                                  <a:pt x="77656" y="321690"/>
                                  <a:pt x="78731" y="320890"/>
                                </a:cubicBezTo>
                                <a:cubicBezTo>
                                  <a:pt x="81333" y="318927"/>
                                  <a:pt x="83822" y="317109"/>
                                  <a:pt x="84557" y="312964"/>
                                </a:cubicBezTo>
                                <a:cubicBezTo>
                                  <a:pt x="86707" y="311873"/>
                                  <a:pt x="86820" y="308964"/>
                                  <a:pt x="87782" y="306855"/>
                                </a:cubicBezTo>
                                <a:cubicBezTo>
                                  <a:pt x="89988" y="301837"/>
                                  <a:pt x="91912" y="296601"/>
                                  <a:pt x="94005" y="291510"/>
                                </a:cubicBezTo>
                                <a:cubicBezTo>
                                  <a:pt x="94458" y="290347"/>
                                  <a:pt x="95137" y="289329"/>
                                  <a:pt x="95702" y="288238"/>
                                </a:cubicBezTo>
                                <a:cubicBezTo>
                                  <a:pt x="96551" y="286565"/>
                                  <a:pt x="97513" y="284965"/>
                                  <a:pt x="98248" y="283292"/>
                                </a:cubicBezTo>
                                <a:cubicBezTo>
                                  <a:pt x="100341" y="278493"/>
                                  <a:pt x="102378" y="273620"/>
                                  <a:pt x="104301" y="268675"/>
                                </a:cubicBezTo>
                                <a:cubicBezTo>
                                  <a:pt x="105772" y="264966"/>
                                  <a:pt x="106847" y="261039"/>
                                  <a:pt x="108431" y="257548"/>
                                </a:cubicBezTo>
                                <a:cubicBezTo>
                                  <a:pt x="110185" y="253621"/>
                                  <a:pt x="112222" y="249912"/>
                                  <a:pt x="114428" y="246349"/>
                                </a:cubicBezTo>
                                <a:cubicBezTo>
                                  <a:pt x="116861" y="242495"/>
                                  <a:pt x="119633" y="239004"/>
                                  <a:pt x="122235" y="235295"/>
                                </a:cubicBezTo>
                                <a:cubicBezTo>
                                  <a:pt x="123762" y="233113"/>
                                  <a:pt x="125346" y="230859"/>
                                  <a:pt x="126648" y="228386"/>
                                </a:cubicBezTo>
                                <a:cubicBezTo>
                                  <a:pt x="127836" y="226059"/>
                                  <a:pt x="129080" y="223514"/>
                                  <a:pt x="129476" y="220896"/>
                                </a:cubicBezTo>
                                <a:cubicBezTo>
                                  <a:pt x="129646" y="219732"/>
                                  <a:pt x="129872" y="218569"/>
                                  <a:pt x="130155" y="217550"/>
                                </a:cubicBezTo>
                                <a:cubicBezTo>
                                  <a:pt x="130721" y="215369"/>
                                  <a:pt x="131513" y="213696"/>
                                  <a:pt x="132701" y="211442"/>
                                </a:cubicBezTo>
                                <a:cubicBezTo>
                                  <a:pt x="133040" y="209624"/>
                                  <a:pt x="134681" y="206787"/>
                                  <a:pt x="136944" y="203588"/>
                                </a:cubicBezTo>
                                <a:close/>
                                <a:moveTo>
                                  <a:pt x="72055" y="140682"/>
                                </a:moveTo>
                                <a:cubicBezTo>
                                  <a:pt x="72055" y="140536"/>
                                  <a:pt x="71998" y="140391"/>
                                  <a:pt x="71998" y="140245"/>
                                </a:cubicBezTo>
                                <a:cubicBezTo>
                                  <a:pt x="72111" y="139009"/>
                                  <a:pt x="72225" y="137773"/>
                                  <a:pt x="72281" y="136537"/>
                                </a:cubicBezTo>
                                <a:cubicBezTo>
                                  <a:pt x="72508" y="132609"/>
                                  <a:pt x="71150" y="130064"/>
                                  <a:pt x="68208" y="129700"/>
                                </a:cubicBezTo>
                                <a:cubicBezTo>
                                  <a:pt x="65096" y="129337"/>
                                  <a:pt x="62042" y="129846"/>
                                  <a:pt x="59665" y="133046"/>
                                </a:cubicBezTo>
                                <a:cubicBezTo>
                                  <a:pt x="59100" y="133773"/>
                                  <a:pt x="58138" y="134064"/>
                                  <a:pt x="57346" y="134500"/>
                                </a:cubicBezTo>
                                <a:cubicBezTo>
                                  <a:pt x="56101" y="135227"/>
                                  <a:pt x="54744" y="135809"/>
                                  <a:pt x="53556" y="136682"/>
                                </a:cubicBezTo>
                                <a:cubicBezTo>
                                  <a:pt x="52537" y="137409"/>
                                  <a:pt x="51632" y="138355"/>
                                  <a:pt x="50670" y="139155"/>
                                </a:cubicBezTo>
                                <a:cubicBezTo>
                                  <a:pt x="46541" y="142427"/>
                                  <a:pt x="42241" y="145336"/>
                                  <a:pt x="38394" y="149045"/>
                                </a:cubicBezTo>
                                <a:cubicBezTo>
                                  <a:pt x="30644" y="156390"/>
                                  <a:pt x="23120" y="164317"/>
                                  <a:pt x="17802" y="174862"/>
                                </a:cubicBezTo>
                                <a:cubicBezTo>
                                  <a:pt x="14690" y="180971"/>
                                  <a:pt x="11126" y="186643"/>
                                  <a:pt x="9881" y="194206"/>
                                </a:cubicBezTo>
                                <a:cubicBezTo>
                                  <a:pt x="8411" y="203297"/>
                                  <a:pt x="8637" y="211805"/>
                                  <a:pt x="11579" y="220241"/>
                                </a:cubicBezTo>
                                <a:cubicBezTo>
                                  <a:pt x="13050" y="224459"/>
                                  <a:pt x="14803" y="228386"/>
                                  <a:pt x="18707" y="229623"/>
                                </a:cubicBezTo>
                                <a:cubicBezTo>
                                  <a:pt x="20008" y="230059"/>
                                  <a:pt x="21253" y="230859"/>
                                  <a:pt x="22554" y="231004"/>
                                </a:cubicBezTo>
                                <a:cubicBezTo>
                                  <a:pt x="25948" y="231441"/>
                                  <a:pt x="29343" y="232168"/>
                                  <a:pt x="32397" y="229186"/>
                                </a:cubicBezTo>
                                <a:cubicBezTo>
                                  <a:pt x="34547" y="227077"/>
                                  <a:pt x="36923" y="225259"/>
                                  <a:pt x="38903" y="222859"/>
                                </a:cubicBezTo>
                                <a:cubicBezTo>
                                  <a:pt x="41675" y="219441"/>
                                  <a:pt x="44165" y="215732"/>
                                  <a:pt x="46654" y="211951"/>
                                </a:cubicBezTo>
                                <a:cubicBezTo>
                                  <a:pt x="47842" y="210205"/>
                                  <a:pt x="47898" y="207078"/>
                                  <a:pt x="50614" y="207151"/>
                                </a:cubicBezTo>
                                <a:cubicBezTo>
                                  <a:pt x="48464" y="205842"/>
                                  <a:pt x="48577" y="204606"/>
                                  <a:pt x="51010" y="200824"/>
                                </a:cubicBezTo>
                                <a:cubicBezTo>
                                  <a:pt x="51236" y="201115"/>
                                  <a:pt x="51519" y="201406"/>
                                  <a:pt x="51745" y="201697"/>
                                </a:cubicBezTo>
                                <a:cubicBezTo>
                                  <a:pt x="52254" y="200315"/>
                                  <a:pt x="52707" y="199079"/>
                                  <a:pt x="53103" y="197915"/>
                                </a:cubicBezTo>
                                <a:cubicBezTo>
                                  <a:pt x="52254" y="195588"/>
                                  <a:pt x="53499" y="193552"/>
                                  <a:pt x="54461" y="192679"/>
                                </a:cubicBezTo>
                                <a:cubicBezTo>
                                  <a:pt x="55988" y="191370"/>
                                  <a:pt x="56271" y="189479"/>
                                  <a:pt x="56950" y="187734"/>
                                </a:cubicBezTo>
                                <a:cubicBezTo>
                                  <a:pt x="57120" y="187297"/>
                                  <a:pt x="57855" y="187225"/>
                                  <a:pt x="58251" y="187007"/>
                                </a:cubicBezTo>
                                <a:cubicBezTo>
                                  <a:pt x="58704" y="185843"/>
                                  <a:pt x="59100" y="184461"/>
                                  <a:pt x="59779" y="183225"/>
                                </a:cubicBezTo>
                                <a:cubicBezTo>
                                  <a:pt x="61023" y="180825"/>
                                  <a:pt x="62494" y="178643"/>
                                  <a:pt x="63682" y="176171"/>
                                </a:cubicBezTo>
                                <a:cubicBezTo>
                                  <a:pt x="64700" y="173989"/>
                                  <a:pt x="65210" y="171298"/>
                                  <a:pt x="66341" y="169189"/>
                                </a:cubicBezTo>
                                <a:cubicBezTo>
                                  <a:pt x="69849" y="162572"/>
                                  <a:pt x="70980" y="155226"/>
                                  <a:pt x="70867" y="147445"/>
                                </a:cubicBezTo>
                                <a:cubicBezTo>
                                  <a:pt x="70867" y="146136"/>
                                  <a:pt x="71263" y="144754"/>
                                  <a:pt x="71489" y="143373"/>
                                </a:cubicBezTo>
                                <a:cubicBezTo>
                                  <a:pt x="71602" y="142573"/>
                                  <a:pt x="71829" y="141627"/>
                                  <a:pt x="72055" y="140682"/>
                                </a:cubicBezTo>
                                <a:close/>
                                <a:moveTo>
                                  <a:pt x="137114" y="285765"/>
                                </a:moveTo>
                                <a:cubicBezTo>
                                  <a:pt x="138132" y="285474"/>
                                  <a:pt x="138980" y="285329"/>
                                  <a:pt x="139716" y="284892"/>
                                </a:cubicBezTo>
                                <a:cubicBezTo>
                                  <a:pt x="140564" y="284383"/>
                                  <a:pt x="143393" y="284311"/>
                                  <a:pt x="143959" y="285183"/>
                                </a:cubicBezTo>
                                <a:cubicBezTo>
                                  <a:pt x="147580" y="290274"/>
                                  <a:pt x="152275" y="291947"/>
                                  <a:pt x="157367" y="292092"/>
                                </a:cubicBezTo>
                                <a:cubicBezTo>
                                  <a:pt x="158498" y="292092"/>
                                  <a:pt x="158951" y="292601"/>
                                  <a:pt x="159403" y="293765"/>
                                </a:cubicBezTo>
                                <a:cubicBezTo>
                                  <a:pt x="160761" y="297474"/>
                                  <a:pt x="163024" y="300092"/>
                                  <a:pt x="165683" y="302273"/>
                                </a:cubicBezTo>
                                <a:cubicBezTo>
                                  <a:pt x="166645" y="303073"/>
                                  <a:pt x="167380" y="304237"/>
                                  <a:pt x="168172" y="305255"/>
                                </a:cubicBezTo>
                                <a:cubicBezTo>
                                  <a:pt x="168794" y="306055"/>
                                  <a:pt x="169303" y="306709"/>
                                  <a:pt x="169756" y="307509"/>
                                </a:cubicBezTo>
                                <a:cubicBezTo>
                                  <a:pt x="169982" y="307946"/>
                                  <a:pt x="169982" y="308600"/>
                                  <a:pt x="170265" y="308964"/>
                                </a:cubicBezTo>
                                <a:cubicBezTo>
                                  <a:pt x="171114" y="309909"/>
                                  <a:pt x="173942" y="309473"/>
                                  <a:pt x="174848" y="308382"/>
                                </a:cubicBezTo>
                                <a:cubicBezTo>
                                  <a:pt x="175017" y="308164"/>
                                  <a:pt x="175244" y="308091"/>
                                  <a:pt x="175526" y="307946"/>
                                </a:cubicBezTo>
                                <a:cubicBezTo>
                                  <a:pt x="175583" y="308673"/>
                                  <a:pt x="175640" y="309255"/>
                                  <a:pt x="175753" y="310346"/>
                                </a:cubicBezTo>
                                <a:cubicBezTo>
                                  <a:pt x="176205" y="309618"/>
                                  <a:pt x="176375" y="309255"/>
                                  <a:pt x="176601" y="308891"/>
                                </a:cubicBezTo>
                                <a:cubicBezTo>
                                  <a:pt x="177676" y="306782"/>
                                  <a:pt x="178468" y="304164"/>
                                  <a:pt x="179939" y="302564"/>
                                </a:cubicBezTo>
                                <a:cubicBezTo>
                                  <a:pt x="182372" y="299801"/>
                                  <a:pt x="184635" y="297037"/>
                                  <a:pt x="186219" y="293328"/>
                                </a:cubicBezTo>
                                <a:cubicBezTo>
                                  <a:pt x="187859" y="289474"/>
                                  <a:pt x="190009" y="285983"/>
                                  <a:pt x="190518" y="281474"/>
                                </a:cubicBezTo>
                                <a:cubicBezTo>
                                  <a:pt x="190575" y="281111"/>
                                  <a:pt x="190858" y="280820"/>
                                  <a:pt x="191027" y="280456"/>
                                </a:cubicBezTo>
                                <a:cubicBezTo>
                                  <a:pt x="194309" y="274493"/>
                                  <a:pt x="198156" y="268893"/>
                                  <a:pt x="199796" y="261766"/>
                                </a:cubicBezTo>
                                <a:cubicBezTo>
                                  <a:pt x="200701" y="257985"/>
                                  <a:pt x="201267" y="253985"/>
                                  <a:pt x="200022" y="249840"/>
                                </a:cubicBezTo>
                                <a:cubicBezTo>
                                  <a:pt x="199344" y="247658"/>
                                  <a:pt x="199570" y="245040"/>
                                  <a:pt x="199513" y="242567"/>
                                </a:cubicBezTo>
                                <a:cubicBezTo>
                                  <a:pt x="199513" y="241258"/>
                                  <a:pt x="199400" y="239586"/>
                                  <a:pt x="200022" y="238786"/>
                                </a:cubicBezTo>
                                <a:cubicBezTo>
                                  <a:pt x="201154" y="237259"/>
                                  <a:pt x="200362" y="235949"/>
                                  <a:pt x="200305" y="234495"/>
                                </a:cubicBezTo>
                                <a:cubicBezTo>
                                  <a:pt x="200305" y="233404"/>
                                  <a:pt x="200192" y="232386"/>
                                  <a:pt x="200079" y="231077"/>
                                </a:cubicBezTo>
                                <a:cubicBezTo>
                                  <a:pt x="200305" y="231150"/>
                                  <a:pt x="200022" y="231077"/>
                                  <a:pt x="200022" y="231077"/>
                                </a:cubicBezTo>
                                <a:cubicBezTo>
                                  <a:pt x="199966" y="229913"/>
                                  <a:pt x="199909" y="228823"/>
                                  <a:pt x="199853" y="227659"/>
                                </a:cubicBezTo>
                                <a:cubicBezTo>
                                  <a:pt x="200192" y="227877"/>
                                  <a:pt x="200475" y="228095"/>
                                  <a:pt x="200701" y="228314"/>
                                </a:cubicBezTo>
                                <a:cubicBezTo>
                                  <a:pt x="200362" y="226350"/>
                                  <a:pt x="200079" y="224459"/>
                                  <a:pt x="199626" y="222568"/>
                                </a:cubicBezTo>
                                <a:cubicBezTo>
                                  <a:pt x="199513" y="222132"/>
                                  <a:pt x="198778" y="221841"/>
                                  <a:pt x="198269" y="221768"/>
                                </a:cubicBezTo>
                                <a:cubicBezTo>
                                  <a:pt x="194874" y="221114"/>
                                  <a:pt x="193177" y="224823"/>
                                  <a:pt x="190858" y="226786"/>
                                </a:cubicBezTo>
                                <a:cubicBezTo>
                                  <a:pt x="189387" y="228023"/>
                                  <a:pt x="188255" y="229913"/>
                                  <a:pt x="186784" y="231222"/>
                                </a:cubicBezTo>
                                <a:cubicBezTo>
                                  <a:pt x="184125" y="233622"/>
                                  <a:pt x="181297" y="235731"/>
                                  <a:pt x="178581" y="237986"/>
                                </a:cubicBezTo>
                                <a:cubicBezTo>
                                  <a:pt x="178016" y="238495"/>
                                  <a:pt x="177450" y="239077"/>
                                  <a:pt x="176828" y="239440"/>
                                </a:cubicBezTo>
                                <a:cubicBezTo>
                                  <a:pt x="173886" y="241040"/>
                                  <a:pt x="171001" y="242567"/>
                                  <a:pt x="168059" y="244022"/>
                                </a:cubicBezTo>
                                <a:cubicBezTo>
                                  <a:pt x="166588" y="244749"/>
                                  <a:pt x="165060" y="245404"/>
                                  <a:pt x="163476" y="245840"/>
                                </a:cubicBezTo>
                                <a:cubicBezTo>
                                  <a:pt x="162628" y="246131"/>
                                  <a:pt x="161666" y="246058"/>
                                  <a:pt x="160761" y="246131"/>
                                </a:cubicBezTo>
                                <a:cubicBezTo>
                                  <a:pt x="159120" y="246276"/>
                                  <a:pt x="157480" y="246640"/>
                                  <a:pt x="155896" y="246349"/>
                                </a:cubicBezTo>
                                <a:cubicBezTo>
                                  <a:pt x="152332" y="245767"/>
                                  <a:pt x="150238" y="247076"/>
                                  <a:pt x="148258" y="251149"/>
                                </a:cubicBezTo>
                                <a:cubicBezTo>
                                  <a:pt x="147693" y="252240"/>
                                  <a:pt x="146957" y="253112"/>
                                  <a:pt x="147127" y="254567"/>
                                </a:cubicBezTo>
                                <a:cubicBezTo>
                                  <a:pt x="147184" y="254930"/>
                                  <a:pt x="146674" y="255439"/>
                                  <a:pt x="146335" y="255876"/>
                                </a:cubicBezTo>
                                <a:cubicBezTo>
                                  <a:pt x="145486" y="257039"/>
                                  <a:pt x="144525" y="258057"/>
                                  <a:pt x="143846" y="259366"/>
                                </a:cubicBezTo>
                                <a:cubicBezTo>
                                  <a:pt x="143054" y="260966"/>
                                  <a:pt x="142545" y="262784"/>
                                  <a:pt x="141866" y="264457"/>
                                </a:cubicBezTo>
                                <a:cubicBezTo>
                                  <a:pt x="140791" y="267075"/>
                                  <a:pt x="139150" y="269330"/>
                                  <a:pt x="139376" y="272602"/>
                                </a:cubicBezTo>
                                <a:cubicBezTo>
                                  <a:pt x="139376" y="272966"/>
                                  <a:pt x="139150" y="273329"/>
                                  <a:pt x="138980" y="273620"/>
                                </a:cubicBezTo>
                                <a:cubicBezTo>
                                  <a:pt x="138358" y="274493"/>
                                  <a:pt x="137453" y="275147"/>
                                  <a:pt x="137000" y="276093"/>
                                </a:cubicBezTo>
                                <a:cubicBezTo>
                                  <a:pt x="136548" y="277184"/>
                                  <a:pt x="136548" y="278638"/>
                                  <a:pt x="136208" y="280384"/>
                                </a:cubicBezTo>
                                <a:cubicBezTo>
                                  <a:pt x="134172" y="282347"/>
                                  <a:pt x="136887" y="284165"/>
                                  <a:pt x="137114" y="285765"/>
                                </a:cubicBezTo>
                                <a:close/>
                                <a:moveTo>
                                  <a:pt x="106564" y="366488"/>
                                </a:moveTo>
                                <a:cubicBezTo>
                                  <a:pt x="106225" y="369761"/>
                                  <a:pt x="108092" y="369033"/>
                                  <a:pt x="109110" y="369470"/>
                                </a:cubicBezTo>
                                <a:cubicBezTo>
                                  <a:pt x="111430" y="370415"/>
                                  <a:pt x="113806" y="371579"/>
                                  <a:pt x="116125" y="371506"/>
                                </a:cubicBezTo>
                                <a:cubicBezTo>
                                  <a:pt x="122292" y="371361"/>
                                  <a:pt x="127496" y="367434"/>
                                  <a:pt x="132644" y="363506"/>
                                </a:cubicBezTo>
                                <a:cubicBezTo>
                                  <a:pt x="133719" y="362706"/>
                                  <a:pt x="134907" y="361907"/>
                                  <a:pt x="136095" y="361470"/>
                                </a:cubicBezTo>
                                <a:cubicBezTo>
                                  <a:pt x="139942" y="360234"/>
                                  <a:pt x="143223" y="357761"/>
                                  <a:pt x="145373" y="353543"/>
                                </a:cubicBezTo>
                                <a:cubicBezTo>
                                  <a:pt x="147410" y="349616"/>
                                  <a:pt x="150238" y="347144"/>
                                  <a:pt x="153180" y="344598"/>
                                </a:cubicBezTo>
                                <a:cubicBezTo>
                                  <a:pt x="159064" y="339435"/>
                                  <a:pt x="161553" y="332744"/>
                                  <a:pt x="160026" y="323727"/>
                                </a:cubicBezTo>
                                <a:cubicBezTo>
                                  <a:pt x="158894" y="316963"/>
                                  <a:pt x="155160" y="312745"/>
                                  <a:pt x="150861" y="309182"/>
                                </a:cubicBezTo>
                                <a:cubicBezTo>
                                  <a:pt x="150408" y="308818"/>
                                  <a:pt x="149729" y="308237"/>
                                  <a:pt x="149729" y="307728"/>
                                </a:cubicBezTo>
                                <a:cubicBezTo>
                                  <a:pt x="149729" y="305473"/>
                                  <a:pt x="148258" y="305400"/>
                                  <a:pt x="147240" y="304455"/>
                                </a:cubicBezTo>
                                <a:cubicBezTo>
                                  <a:pt x="145656" y="303001"/>
                                  <a:pt x="144298" y="304455"/>
                                  <a:pt x="142941" y="304891"/>
                                </a:cubicBezTo>
                                <a:cubicBezTo>
                                  <a:pt x="140112" y="305837"/>
                                  <a:pt x="137057" y="305473"/>
                                  <a:pt x="134511" y="307800"/>
                                </a:cubicBezTo>
                                <a:cubicBezTo>
                                  <a:pt x="133493" y="308746"/>
                                  <a:pt x="132022" y="309109"/>
                                  <a:pt x="130721" y="309327"/>
                                </a:cubicBezTo>
                                <a:cubicBezTo>
                                  <a:pt x="125007" y="310273"/>
                                  <a:pt x="120481" y="313473"/>
                                  <a:pt x="117766" y="320309"/>
                                </a:cubicBezTo>
                                <a:cubicBezTo>
                                  <a:pt x="116861" y="322563"/>
                                  <a:pt x="116012" y="324890"/>
                                  <a:pt x="114767" y="326708"/>
                                </a:cubicBezTo>
                                <a:cubicBezTo>
                                  <a:pt x="112618" y="329835"/>
                                  <a:pt x="111034" y="333544"/>
                                  <a:pt x="108261" y="335944"/>
                                </a:cubicBezTo>
                                <a:cubicBezTo>
                                  <a:pt x="104245" y="339435"/>
                                  <a:pt x="102038" y="344380"/>
                                  <a:pt x="101077" y="350416"/>
                                </a:cubicBezTo>
                                <a:cubicBezTo>
                                  <a:pt x="100907" y="351507"/>
                                  <a:pt x="101020" y="353180"/>
                                  <a:pt x="99493" y="353180"/>
                                </a:cubicBezTo>
                                <a:cubicBezTo>
                                  <a:pt x="99323" y="353180"/>
                                  <a:pt x="99153" y="353834"/>
                                  <a:pt x="99040" y="354198"/>
                                </a:cubicBezTo>
                                <a:cubicBezTo>
                                  <a:pt x="97796" y="357979"/>
                                  <a:pt x="99153" y="362270"/>
                                  <a:pt x="102095" y="363870"/>
                                </a:cubicBezTo>
                                <a:cubicBezTo>
                                  <a:pt x="102491" y="364088"/>
                                  <a:pt x="102944" y="364670"/>
                                  <a:pt x="103057" y="365252"/>
                                </a:cubicBezTo>
                                <a:cubicBezTo>
                                  <a:pt x="103623" y="367361"/>
                                  <a:pt x="104471" y="368161"/>
                                  <a:pt x="106564" y="366488"/>
                                </a:cubicBezTo>
                                <a:close/>
                                <a:moveTo>
                                  <a:pt x="230855" y="112465"/>
                                </a:moveTo>
                                <a:cubicBezTo>
                                  <a:pt x="231420" y="111811"/>
                                  <a:pt x="232099" y="111374"/>
                                  <a:pt x="232099" y="110865"/>
                                </a:cubicBezTo>
                                <a:cubicBezTo>
                                  <a:pt x="232099" y="108102"/>
                                  <a:pt x="233853" y="105484"/>
                                  <a:pt x="232552" y="102575"/>
                                </a:cubicBezTo>
                                <a:cubicBezTo>
                                  <a:pt x="232269" y="101920"/>
                                  <a:pt x="232552" y="100538"/>
                                  <a:pt x="232212" y="100247"/>
                                </a:cubicBezTo>
                                <a:cubicBezTo>
                                  <a:pt x="231420" y="99666"/>
                                  <a:pt x="230572" y="99011"/>
                                  <a:pt x="229497" y="100175"/>
                                </a:cubicBezTo>
                                <a:cubicBezTo>
                                  <a:pt x="228309" y="101484"/>
                                  <a:pt x="226725" y="101847"/>
                                  <a:pt x="225650" y="103738"/>
                                </a:cubicBezTo>
                                <a:cubicBezTo>
                                  <a:pt x="224122" y="106284"/>
                                  <a:pt x="221520" y="107593"/>
                                  <a:pt x="220445" y="110792"/>
                                </a:cubicBezTo>
                                <a:cubicBezTo>
                                  <a:pt x="220275" y="111301"/>
                                  <a:pt x="219653" y="111592"/>
                                  <a:pt x="219314" y="112029"/>
                                </a:cubicBezTo>
                                <a:cubicBezTo>
                                  <a:pt x="218861" y="112538"/>
                                  <a:pt x="218522" y="113192"/>
                                  <a:pt x="218069" y="113774"/>
                                </a:cubicBezTo>
                                <a:cubicBezTo>
                                  <a:pt x="218069" y="113774"/>
                                  <a:pt x="218069" y="113847"/>
                                  <a:pt x="218126" y="113847"/>
                                </a:cubicBezTo>
                                <a:cubicBezTo>
                                  <a:pt x="217164" y="115010"/>
                                  <a:pt x="216202" y="116101"/>
                                  <a:pt x="215240" y="117338"/>
                                </a:cubicBezTo>
                                <a:cubicBezTo>
                                  <a:pt x="215750" y="117556"/>
                                  <a:pt x="216089" y="117701"/>
                                  <a:pt x="216711" y="117992"/>
                                </a:cubicBezTo>
                                <a:cubicBezTo>
                                  <a:pt x="214166" y="119519"/>
                                  <a:pt x="212412" y="121337"/>
                                  <a:pt x="211394" y="124537"/>
                                </a:cubicBezTo>
                                <a:cubicBezTo>
                                  <a:pt x="210998" y="125773"/>
                                  <a:pt x="209527" y="126355"/>
                                  <a:pt x="208621" y="127301"/>
                                </a:cubicBezTo>
                                <a:cubicBezTo>
                                  <a:pt x="208225" y="127737"/>
                                  <a:pt x="207943" y="128319"/>
                                  <a:pt x="207716" y="128901"/>
                                </a:cubicBezTo>
                                <a:cubicBezTo>
                                  <a:pt x="207547" y="129264"/>
                                  <a:pt x="207716" y="129991"/>
                                  <a:pt x="207547" y="130137"/>
                                </a:cubicBezTo>
                                <a:cubicBezTo>
                                  <a:pt x="206132" y="131446"/>
                                  <a:pt x="204944" y="132900"/>
                                  <a:pt x="203869" y="134791"/>
                                </a:cubicBezTo>
                                <a:cubicBezTo>
                                  <a:pt x="200984" y="139664"/>
                                  <a:pt x="197646" y="144100"/>
                                  <a:pt x="194648" y="148899"/>
                                </a:cubicBezTo>
                                <a:cubicBezTo>
                                  <a:pt x="192951" y="151663"/>
                                  <a:pt x="191593" y="154717"/>
                                  <a:pt x="190122" y="157626"/>
                                </a:cubicBezTo>
                                <a:cubicBezTo>
                                  <a:pt x="190122" y="157626"/>
                                  <a:pt x="189670" y="157117"/>
                                  <a:pt x="189670" y="157117"/>
                                </a:cubicBezTo>
                                <a:cubicBezTo>
                                  <a:pt x="188764" y="158354"/>
                                  <a:pt x="187633" y="159517"/>
                                  <a:pt x="187011" y="160972"/>
                                </a:cubicBezTo>
                                <a:cubicBezTo>
                                  <a:pt x="186219" y="162790"/>
                                  <a:pt x="185823" y="164826"/>
                                  <a:pt x="185200" y="166789"/>
                                </a:cubicBezTo>
                                <a:cubicBezTo>
                                  <a:pt x="185087" y="167153"/>
                                  <a:pt x="184918" y="167589"/>
                                  <a:pt x="184691" y="167808"/>
                                </a:cubicBezTo>
                                <a:cubicBezTo>
                                  <a:pt x="183220" y="168898"/>
                                  <a:pt x="182202" y="170207"/>
                                  <a:pt x="181863" y="172607"/>
                                </a:cubicBezTo>
                                <a:cubicBezTo>
                                  <a:pt x="181693" y="173844"/>
                                  <a:pt x="180618" y="174934"/>
                                  <a:pt x="179883" y="176025"/>
                                </a:cubicBezTo>
                                <a:cubicBezTo>
                                  <a:pt x="179600" y="176534"/>
                                  <a:pt x="179147" y="176898"/>
                                  <a:pt x="178921" y="177407"/>
                                </a:cubicBezTo>
                                <a:cubicBezTo>
                                  <a:pt x="178016" y="179443"/>
                                  <a:pt x="177224" y="181552"/>
                                  <a:pt x="176318" y="183589"/>
                                </a:cubicBezTo>
                                <a:cubicBezTo>
                                  <a:pt x="175640" y="185189"/>
                                  <a:pt x="174848" y="186716"/>
                                  <a:pt x="174169" y="188388"/>
                                </a:cubicBezTo>
                                <a:cubicBezTo>
                                  <a:pt x="173546" y="189916"/>
                                  <a:pt x="173037" y="191443"/>
                                  <a:pt x="172528" y="193043"/>
                                </a:cubicBezTo>
                                <a:cubicBezTo>
                                  <a:pt x="171962" y="194788"/>
                                  <a:pt x="171566" y="196606"/>
                                  <a:pt x="171057" y="198351"/>
                                </a:cubicBezTo>
                                <a:cubicBezTo>
                                  <a:pt x="171001" y="198497"/>
                                  <a:pt x="171227" y="198715"/>
                                  <a:pt x="171283" y="198933"/>
                                </a:cubicBezTo>
                                <a:cubicBezTo>
                                  <a:pt x="171566" y="199806"/>
                                  <a:pt x="172358" y="200897"/>
                                  <a:pt x="170887" y="201333"/>
                                </a:cubicBezTo>
                                <a:cubicBezTo>
                                  <a:pt x="170831" y="201333"/>
                                  <a:pt x="170831" y="202060"/>
                                  <a:pt x="170944" y="202206"/>
                                </a:cubicBezTo>
                                <a:cubicBezTo>
                                  <a:pt x="171057" y="202351"/>
                                  <a:pt x="171453" y="202424"/>
                                  <a:pt x="171679" y="202351"/>
                                </a:cubicBezTo>
                                <a:cubicBezTo>
                                  <a:pt x="172868" y="201988"/>
                                  <a:pt x="173999" y="201406"/>
                                  <a:pt x="175187" y="201115"/>
                                </a:cubicBezTo>
                                <a:cubicBezTo>
                                  <a:pt x="176149" y="200897"/>
                                  <a:pt x="177280" y="201260"/>
                                  <a:pt x="178185" y="200751"/>
                                </a:cubicBezTo>
                                <a:cubicBezTo>
                                  <a:pt x="181240" y="199224"/>
                                  <a:pt x="184239" y="197479"/>
                                  <a:pt x="187576" y="197697"/>
                                </a:cubicBezTo>
                                <a:cubicBezTo>
                                  <a:pt x="189104" y="197770"/>
                                  <a:pt x="189613" y="197115"/>
                                  <a:pt x="189387" y="195079"/>
                                </a:cubicBezTo>
                                <a:cubicBezTo>
                                  <a:pt x="189952" y="195515"/>
                                  <a:pt x="190292" y="195733"/>
                                  <a:pt x="190575" y="195952"/>
                                </a:cubicBezTo>
                                <a:cubicBezTo>
                                  <a:pt x="191141" y="195297"/>
                                  <a:pt x="191650" y="194715"/>
                                  <a:pt x="192159" y="194133"/>
                                </a:cubicBezTo>
                                <a:cubicBezTo>
                                  <a:pt x="193856" y="192315"/>
                                  <a:pt x="195666" y="190570"/>
                                  <a:pt x="197194" y="188534"/>
                                </a:cubicBezTo>
                                <a:cubicBezTo>
                                  <a:pt x="198495" y="186861"/>
                                  <a:pt x="199570" y="184825"/>
                                  <a:pt x="200758" y="183007"/>
                                </a:cubicBezTo>
                                <a:cubicBezTo>
                                  <a:pt x="202342" y="180607"/>
                                  <a:pt x="204152" y="178425"/>
                                  <a:pt x="205680" y="175953"/>
                                </a:cubicBezTo>
                                <a:cubicBezTo>
                                  <a:pt x="207716" y="172535"/>
                                  <a:pt x="209640" y="168971"/>
                                  <a:pt x="211563" y="165480"/>
                                </a:cubicBezTo>
                                <a:cubicBezTo>
                                  <a:pt x="212299" y="164171"/>
                                  <a:pt x="212978" y="162717"/>
                                  <a:pt x="213770" y="161481"/>
                                </a:cubicBezTo>
                                <a:cubicBezTo>
                                  <a:pt x="214109" y="160972"/>
                                  <a:pt x="214958" y="160753"/>
                                  <a:pt x="215014" y="160244"/>
                                </a:cubicBezTo>
                                <a:cubicBezTo>
                                  <a:pt x="215354" y="157772"/>
                                  <a:pt x="216033" y="155736"/>
                                  <a:pt x="218465" y="154863"/>
                                </a:cubicBezTo>
                                <a:cubicBezTo>
                                  <a:pt x="216542" y="153990"/>
                                  <a:pt x="217277" y="153190"/>
                                  <a:pt x="217956" y="152245"/>
                                </a:cubicBezTo>
                                <a:cubicBezTo>
                                  <a:pt x="218409" y="151663"/>
                                  <a:pt x="218691" y="150790"/>
                                  <a:pt x="219087" y="150063"/>
                                </a:cubicBezTo>
                                <a:cubicBezTo>
                                  <a:pt x="219936" y="148609"/>
                                  <a:pt x="220785" y="147154"/>
                                  <a:pt x="221463" y="145991"/>
                                </a:cubicBezTo>
                                <a:cubicBezTo>
                                  <a:pt x="222199" y="143227"/>
                                  <a:pt x="222821" y="140827"/>
                                  <a:pt x="223444" y="138427"/>
                                </a:cubicBezTo>
                                <a:cubicBezTo>
                                  <a:pt x="223557" y="137846"/>
                                  <a:pt x="224179" y="137482"/>
                                  <a:pt x="224349" y="136900"/>
                                </a:cubicBezTo>
                                <a:cubicBezTo>
                                  <a:pt x="225084" y="134791"/>
                                  <a:pt x="225197" y="131882"/>
                                  <a:pt x="226385" y="130500"/>
                                </a:cubicBezTo>
                                <a:cubicBezTo>
                                  <a:pt x="228705" y="127737"/>
                                  <a:pt x="227686" y="123228"/>
                                  <a:pt x="230063" y="120683"/>
                                </a:cubicBezTo>
                                <a:cubicBezTo>
                                  <a:pt x="230119" y="120610"/>
                                  <a:pt x="230176" y="120392"/>
                                  <a:pt x="230119" y="120246"/>
                                </a:cubicBezTo>
                                <a:cubicBezTo>
                                  <a:pt x="229610" y="117628"/>
                                  <a:pt x="231081" y="115883"/>
                                  <a:pt x="231703" y="113774"/>
                                </a:cubicBezTo>
                                <a:cubicBezTo>
                                  <a:pt x="231420" y="113410"/>
                                  <a:pt x="231081" y="112901"/>
                                  <a:pt x="230855" y="112465"/>
                                </a:cubicBezTo>
                                <a:close/>
                                <a:moveTo>
                                  <a:pt x="273397" y="197551"/>
                                </a:moveTo>
                                <a:cubicBezTo>
                                  <a:pt x="273171" y="197406"/>
                                  <a:pt x="272945" y="197261"/>
                                  <a:pt x="272775" y="197115"/>
                                </a:cubicBezTo>
                                <a:cubicBezTo>
                                  <a:pt x="271926" y="199006"/>
                                  <a:pt x="271078" y="200969"/>
                                  <a:pt x="270286" y="202860"/>
                                </a:cubicBezTo>
                                <a:cubicBezTo>
                                  <a:pt x="270512" y="203006"/>
                                  <a:pt x="270795" y="203224"/>
                                  <a:pt x="271021" y="203369"/>
                                </a:cubicBezTo>
                                <a:cubicBezTo>
                                  <a:pt x="271757" y="201479"/>
                                  <a:pt x="272549" y="199515"/>
                                  <a:pt x="273397" y="1975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62262"/>
                          </a:solidFill>
                          <a:ln w="56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060235" name="Полилиния 291060235"/>
                        <wps:cNvSpPr/>
                        <wps:spPr>
                          <a:xfrm>
                            <a:off x="135878" y="9000"/>
                            <a:ext cx="27927" cy="48068"/>
                          </a:xfrm>
                          <a:custGeom>
                            <a:avLst/>
                            <a:gdLst>
                              <a:gd name="connsiteX0" fmla="*/ 1140 w 27927"/>
                              <a:gd name="connsiteY0" fmla="*/ 20235 h 48068"/>
                              <a:gd name="connsiteX1" fmla="*/ 235 w 27927"/>
                              <a:gd name="connsiteY1" fmla="*/ 14271 h 48068"/>
                              <a:gd name="connsiteX2" fmla="*/ 9 w 27927"/>
                              <a:gd name="connsiteY2" fmla="*/ 13544 h 48068"/>
                              <a:gd name="connsiteX3" fmla="*/ 5214 w 27927"/>
                              <a:gd name="connsiteY3" fmla="*/ 4381 h 48068"/>
                              <a:gd name="connsiteX4" fmla="*/ 10984 w 27927"/>
                              <a:gd name="connsiteY4" fmla="*/ 381 h 48068"/>
                              <a:gd name="connsiteX5" fmla="*/ 16076 w 27927"/>
                              <a:gd name="connsiteY5" fmla="*/ 2708 h 48068"/>
                              <a:gd name="connsiteX6" fmla="*/ 22072 w 27927"/>
                              <a:gd name="connsiteY6" fmla="*/ 14271 h 48068"/>
                              <a:gd name="connsiteX7" fmla="*/ 27164 w 27927"/>
                              <a:gd name="connsiteY7" fmla="*/ 28307 h 48068"/>
                              <a:gd name="connsiteX8" fmla="*/ 27899 w 27927"/>
                              <a:gd name="connsiteY8" fmla="*/ 39506 h 48068"/>
                              <a:gd name="connsiteX9" fmla="*/ 26428 w 27927"/>
                              <a:gd name="connsiteY9" fmla="*/ 46851 h 48068"/>
                              <a:gd name="connsiteX10" fmla="*/ 25184 w 27927"/>
                              <a:gd name="connsiteY10" fmla="*/ 47942 h 48068"/>
                              <a:gd name="connsiteX11" fmla="*/ 15906 w 27927"/>
                              <a:gd name="connsiteY11" fmla="*/ 43724 h 48068"/>
                              <a:gd name="connsiteX12" fmla="*/ 13360 w 27927"/>
                              <a:gd name="connsiteY12" fmla="*/ 36234 h 48068"/>
                              <a:gd name="connsiteX13" fmla="*/ 5440 w 27927"/>
                              <a:gd name="connsiteY13" fmla="*/ 22853 h 48068"/>
                              <a:gd name="connsiteX14" fmla="*/ 1140 w 27927"/>
                              <a:gd name="connsiteY14" fmla="*/ 20235 h 480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27927" h="48068">
                                <a:moveTo>
                                  <a:pt x="1140" y="20235"/>
                                </a:moveTo>
                                <a:cubicBezTo>
                                  <a:pt x="858" y="18489"/>
                                  <a:pt x="575" y="16380"/>
                                  <a:pt x="235" y="14271"/>
                                </a:cubicBezTo>
                                <a:cubicBezTo>
                                  <a:pt x="179" y="14053"/>
                                  <a:pt x="-48" y="13617"/>
                                  <a:pt x="9" y="13544"/>
                                </a:cubicBezTo>
                                <a:cubicBezTo>
                                  <a:pt x="2215" y="10926"/>
                                  <a:pt x="2102" y="6199"/>
                                  <a:pt x="5214" y="4381"/>
                                </a:cubicBezTo>
                                <a:cubicBezTo>
                                  <a:pt x="7194" y="3217"/>
                                  <a:pt x="9004" y="1545"/>
                                  <a:pt x="10984" y="381"/>
                                </a:cubicBezTo>
                                <a:cubicBezTo>
                                  <a:pt x="13134" y="-855"/>
                                  <a:pt x="14492" y="1181"/>
                                  <a:pt x="16076" y="2708"/>
                                </a:cubicBezTo>
                                <a:cubicBezTo>
                                  <a:pt x="19244" y="5617"/>
                                  <a:pt x="20432" y="10126"/>
                                  <a:pt x="22072" y="14271"/>
                                </a:cubicBezTo>
                                <a:cubicBezTo>
                                  <a:pt x="23939" y="18853"/>
                                  <a:pt x="25919" y="23435"/>
                                  <a:pt x="27164" y="28307"/>
                                </a:cubicBezTo>
                                <a:cubicBezTo>
                                  <a:pt x="28013" y="31798"/>
                                  <a:pt x="27956" y="35725"/>
                                  <a:pt x="27899" y="39506"/>
                                </a:cubicBezTo>
                                <a:cubicBezTo>
                                  <a:pt x="27843" y="41979"/>
                                  <a:pt x="27051" y="44452"/>
                                  <a:pt x="26428" y="46851"/>
                                </a:cubicBezTo>
                                <a:cubicBezTo>
                                  <a:pt x="26315" y="47361"/>
                                  <a:pt x="25636" y="47797"/>
                                  <a:pt x="25184" y="47942"/>
                                </a:cubicBezTo>
                                <a:cubicBezTo>
                                  <a:pt x="21563" y="48597"/>
                                  <a:pt x="18395" y="46633"/>
                                  <a:pt x="15906" y="43724"/>
                                </a:cubicBezTo>
                                <a:cubicBezTo>
                                  <a:pt x="14492" y="42052"/>
                                  <a:pt x="13756" y="38925"/>
                                  <a:pt x="13360" y="36234"/>
                                </a:cubicBezTo>
                                <a:cubicBezTo>
                                  <a:pt x="12398" y="29980"/>
                                  <a:pt x="10475" y="25034"/>
                                  <a:pt x="5440" y="22853"/>
                                </a:cubicBezTo>
                                <a:cubicBezTo>
                                  <a:pt x="4026" y="22271"/>
                                  <a:pt x="2668" y="21180"/>
                                  <a:pt x="1140" y="2023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62262"/>
                          </a:solidFill>
                          <a:ln w="56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4C32FB" id="Graphic 1" o:spid="_x0000_s1026" style="position:absolute;margin-left:251pt;margin-top:2.15pt;width:36.75pt;height:30.7pt;z-index:251659264" coordorigin="188,110" coordsize="466816,39041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">
                <v:shape id="Полилиния 528493382" o:spid="_x0000_s1027" style="position:absolute;left:188;top:110;width:466816;height:390417;visibility:visible;mso-wrap-style:square;v-text-anchor:middle" coordsize="466816,3904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" path="m136944,203588v,-146,-113,-582,-226,-1164c138302,201915,139772,201406,139603,198570v-57,-873,1131,-1891,1810,-2764c142714,194206,144129,192752,145373,191079v1867,-2545,3621,-5236,5488,-7781c151653,182207,152614,181334,153067,180752v566,-1236,792,-2109,1301,-2618c155896,176607,157593,175516,158102,172753v226,-1091,1018,-1964,1584,-2909c159516,169189,159290,168171,158951,166789v-1754,146,-3564,510,-5148,2546c153124,170207,152049,170644,151144,171226v-1924,1163,-3621,2618,-5262,4363c144864,176680,143393,176971,142092,177698v-339,218,-962,291,-1018,582c140621,180680,139263,180971,137623,181407v-1641,436,-3168,1673,-4809,2182c129985,184461,127213,186061,124272,185552v-962,-145,-1811,-1091,-2773,-1600c120821,183589,120085,183516,119293,183298v-56,-364,-56,-1237,-339,-1382c116182,180171,114315,177334,112335,174207v-2093,-3272,-2886,-7054,-4300,-10545c107583,162572,106281,161990,105263,161117v226,-364,509,-873,566,-1018c105376,159081,104924,158354,104584,157481v-1188,-3127,-2376,-6327,-3620,-9454c100794,147663,100115,147663,99776,147445v-453,-1964,-962,-4000,-1358,-6109c98135,139809,97852,138282,97852,136755v-56,-4146,-1527,-7055,-4639,-8436c91516,127519,89819,126428,87952,127373v-453,219,-1018,946,-1132,1528c85972,133773,85350,138791,84444,143663v-679,3855,-1244,7855,-3168,11200c80541,156099,80484,157917,80032,159444v-905,3200,-1811,6400,-2886,9600c76637,170644,75789,172098,75223,173698v-566,1527,-962,3127,-1527,4582c73469,178862,73017,179225,72508,179589v-566,2400,169,5672,-2603,6836c69735,186498,69735,187297,69566,187661v-509,946,-1075,1818,-1641,2618c67642,190715,67246,191006,66907,191370v396,218,792,436,1301,800c68038,192679,67982,193624,67642,193770v-3394,1673,-2772,6400,-4356,9454c63116,203515,63286,204242,63116,204315v-2206,1454,-1810,5309,-3790,6981c59100,211514,59156,212169,59100,212533v-736,-73,-1471,-146,-2546,-219c57403,213478,59496,213260,57799,215369v-114,145,282,945,565,1818c56497,216169,56101,217187,55536,219078v-509,1672,-340,4145,-2263,4872c53046,224023,53046,224896,52877,225259v-849,1964,-1641,4000,-2603,5891c50105,231513,49313,231441,48747,231586v-509,1600,-792,3636,-1754,4873c45862,238058,44334,239513,42807,240095v-3225,1163,-6676,1672,-9957,2618c31209,243149,29682,244240,28098,244604v-3225,654,-6506,1236,-9731,1163c16727,245694,14973,244385,13389,243295,7732,239513,5186,232677,2980,225477,321,216678,-415,207442,208,198206v282,-4509,396,-9454,2715,-13454c3093,184461,2980,183879,2980,183443v,-436,-227,-945,-170,-1309c3489,179807,4281,177553,5016,175298v113,-291,453,-509,679,-727c6091,174062,6600,173625,6827,172971v1188,-2836,1584,-6254,3903,-8218c11070,164462,10956,163299,11239,162717v340,-727,849,-1309,1301,-1891c12597,160753,12880,160753,12880,160681v1075,-4582,5431,-5455,6675,-9963c19838,149699,21309,149190,22327,148609v962,-1673,1302,-3782,3282,-4873c27476,142645,29116,140609,30700,138791v1754,-2109,3621,-3709,5884,-4873c38281,133046,39582,131010,41110,129700v4469,-3781,8882,-7563,13407,-11053c56271,117265,58308,116683,60231,115592v1415,-873,2772,-1963,4187,-2909c64927,112320,65436,111956,66002,111811v4808,-1455,9674,-2691,14426,-4291c83087,106647,85576,107883,88122,107665v226,,565,655,961,1091c89592,108538,90271,108174,91007,107811v-57,218,-113,509,-170,727c91346,109047,91912,109992,92365,109920v2093,-437,3564,509,4695,2618c97117,112683,97230,112756,97400,112829v3733,1527,5883,5672,8712,8654c107017,122428,107356,124101,107922,125483v962,2399,1810,4872,2885,7199c111599,134355,112731,135737,113466,137409v1188,2618,2320,5236,3168,8072c119180,153554,122122,161044,129533,163153v452,146,905,364,1301,291c136604,161990,142771,161844,147976,157844v3903,-2981,7467,-6763,11257,-10035c162119,145263,165230,143227,167946,140391v2941,-3055,5374,-6836,8259,-9963c182824,123374,186388,113556,190971,104611v3960,-7709,8090,-15272,11993,-22981c204152,79303,205001,76685,206019,74285v679,-1527,1414,-2909,2093,-4363c209810,66286,211620,62722,213204,59013v962,-2109,1584,-4509,2489,-6690c216259,50941,217107,49777,217786,48468v1075,-2036,2037,-4145,3168,-6181c222086,40251,223274,38360,224405,36324v2942,-5091,5940,-10182,8826,-15272c233570,20470,233513,19524,233627,18724v339,73,735,146,1075,219c234815,18724,234871,18652,234871,18579v-1697,-3491,1584,-4291,2207,-6545c237530,10434,239001,9270,239906,7816v1245,-2109,2320,-4436,3508,-6618c244036,107,244828,-256,245903,180v1471,509,2998,800,4526,1018c253201,1489,255294,5416,254728,8907v-509,3563,-565,7199,-961,10763c253257,24324,252918,28978,252013,33487v-1188,6036,-2772,12000,-4413,17890c246242,56104,245337,60831,245507,65922v56,1091,-736,2254,-736,3418c244715,71958,246242,73558,247544,75303v113,146,396,146,452,291c248392,77703,248845,79885,249184,81994v283,1527,509,3054,622,4581c249863,87666,249580,88830,249524,89921v-57,1672,56,3345,-57,5018c249297,96684,248901,98357,248618,100029v-113,728,-396,1528,-226,2109c249410,106574,247940,110574,247204,114719v-509,2619,-905,5164,-1471,7709c245394,124028,244828,125628,244375,127155v-1074,3491,-905,7563,-2885,10763c241264,138282,241886,139664,241660,139955v-1528,1963,-1131,5017,-2716,7054c237926,148245,237756,150572,237078,152318v-623,1599,-1358,3127,-1980,4727c234871,157626,234928,158426,234815,159299v-2376,2327,-2772,6545,-4300,9890c229893,169480,229044,168826,228931,171080v-113,1964,-2037,3709,-3055,5600c224914,178425,224066,180316,223161,182134v-1019,1964,-1641,5018,-3055,5745c218239,188752,217899,190715,216825,192097v-453,582,-962,1164,-1754,2036c214335,198279,211676,202497,213034,207805v792,1455,2320,2400,2093,5091c215014,214132,216315,215369,216655,216750v452,1891,509,3855,848,5818c217843,224823,218918,227295,218465,229259v-735,3345,170,6690,-905,9963c216881,241258,216259,243949,216768,245767v1018,3491,-57,6691,-622,9454c215523,258203,215184,261330,214222,264239v-226,654,,1454,-56,2182c214166,266857,214109,267293,213939,267730v-565,1600,-1244,3199,-1867,4872c211903,273038,211903,273766,211620,273911v-1980,1600,-1188,4436,-1641,6691c209753,281693,210771,283147,211224,284456v226,582,509,1091,792,1673c214505,284965,216485,282711,218013,279511v169,145,396,436,961,1018c218974,279147,218974,278129,218974,277475v905,-655,2037,-1237,2942,-2182c224462,272602,227121,269984,229384,266930v1980,-2691,3111,-6473,5318,-8727c236399,256457,236964,253258,239340,252530v283,-3345,3961,-3563,4074,-7126c243414,244822,244149,244385,244545,243804v1697,-2691,3451,-5309,5035,-8073c250768,233550,251730,231150,252748,228895v1245,655,1584,437,1415,-1381c254163,227150,254106,226714,254276,226423v1527,-3273,3394,-6400,4412,-9963c259028,215223,259480,214132,259820,212969v566,-1818,1527,-1964,2602,-2691c263723,209478,265194,208096,265647,206496v1018,-3636,2376,-7054,3734,-10472c270738,192534,272266,189188,273680,185698v340,-800,453,-1746,792,-2473c276396,179589,277018,175371,278149,171298v736,-2618,1980,-5018,3112,-7417c282562,161117,283920,158354,285334,155663v283,-582,792,-946,1301,-1527c286126,152027,287201,150499,288559,149118v283,-291,565,-655,792,-1091c290935,144900,293367,142936,295574,140754v452,-436,1301,-509,1923,-363c300043,140973,302532,141773,305021,142354v1811,364,3395,2109,3395,4291c308416,148536,308189,150427,307907,152245v-453,3418,-906,6836,-1584,10108c305870,164535,304908,166571,304173,168753v-622,1745,-905,3782,-1867,5236c300778,176389,299194,178716,298289,181698v-396,1309,-1810,2109,-2546,3345c293254,189261,290822,193624,288276,198061v170,145,566,363,1471,872c286013,198933,286522,203224,284938,205187v-962,1237,-1697,2837,-2489,4218c280525,212896,278545,216314,276678,219878v-1074,2036,-1866,4290,-2998,6254c273228,226932,274642,229623,272605,228532v-339,1454,-396,2981,-1018,3927c270229,234568,269550,237259,268023,239222v-792,1018,-905,2982,-1414,4436c265986,245258,265194,246785,264628,248385v-509,1382,-848,2909,-1301,4364c262592,254930,262422,257621,260329,258712v1075,1745,-226,2909,-679,4291c259254,264239,258632,265330,258405,266566v-282,1455,-509,2982,-282,4436c258405,273257,257670,273038,256821,272457v-282,3781,-565,7636,-905,11635c256256,284020,256708,284020,256595,284020v509,2254,962,4363,1641,7417c258632,290492,258915,289838,259254,288965v283,582,453,945,905,1818c261800,289110,263327,287147,265194,285911v1415,-946,3225,-1455,4809,-1237c272096,284965,272945,283292,274076,281838v2546,-3127,4979,-6181,8769,-6981c287258,273911,289973,269839,292689,265548v3620,-5818,7693,-11199,11484,-16945c306379,245258,308303,241695,310396,238204v1867,-3127,3903,-6182,5714,-9381c317071,227150,317581,225041,318599,223514v1641,-2473,3621,-4582,5374,-6982c326406,213187,328725,209624,331215,206278v1244,-1672,2602,-3272,4073,-4654c337098,199951,338286,197770,339361,195297v736,-1673,2206,-2836,3394,-4291c343547,189479,344509,187807,345471,185988v1414,728,1980,-1018,2093,-2327c347677,181480,348922,180680,349884,179443v282,-436,622,-800,848,-1309c352316,175080,353844,171880,355541,168898v735,-1381,1810,-2472,2659,-3781c358369,164826,358200,164244,358200,163590v566,-873,1358,-2037,2093,-3346c361085,158863,361877,157554,362443,156026v565,-1454,848,-3054,1867,-4290c366120,149481,366912,146427,367930,143518v1075,-3054,2772,-5745,4243,-8509c373984,131519,375907,128101,377774,124537v283,582,453,1018,735,1527c380433,121846,383431,125264,385694,124101v2659,3636,2546,8072,2546,12508c388240,138864,387618,140391,386599,142063v-905,1528,-1414,3564,-2036,5382c384110,148827,384054,150572,382356,150645v-226,,-396,945,-622,1382c381112,153263,380433,154499,379867,155736v-283,654,-339,1599,-622,2254c378509,159590,377604,161117,376869,162717v-962,2109,-1528,4727,-2829,6327c372117,171298,371721,174716,369514,176753v-1131,1018,-1471,3418,-2149,5236c366742,183589,366177,185261,365554,186861v-283,727,-679,1455,-1131,1964c363065,190425,363008,190425,363122,191806v-566,655,-1302,1237,-1245,1528c362330,195806,360915,197042,359954,198642v-1132,1891,-2942,3273,-2886,6182c357068,205187,356559,205478,356333,205842v-340,509,-792,945,-962,1527c354919,209478,354692,211733,354183,213769v-339,1382,-905,2909,-1640,3927c351185,219587,351468,221914,351015,224023v-339,1600,-1188,3054,-1584,4654c348526,232241,347734,235877,346885,239440v-56,291,,800,113,873c348809,241113,347904,242495,347225,243804v679,218,1131,363,1980,581c348582,244967,348186,245258,347960,245476v1641,2037,3338,2836,5148,-800c353108,245040,353108,245476,353165,245840v-396,727,-736,1382,-1358,2472c353335,247876,354466,247658,355428,247367v226,-364,679,-1163,735,-1163c358087,247585,359105,245622,360293,244458v283,-291,622,-582,962,-654c362160,243585,363065,243440,363970,243222v,-291,-56,-582,-56,-873c363631,242131,363348,241913,362895,241622v2433,-2618,4752,-5236,7298,-8000c369854,231077,371777,229841,373248,228532v1867,-1746,3621,-3418,4752,-6182c378566,220896,379754,219878,380603,218641v2489,-3709,4921,-7417,7411,-11126c389484,205333,391351,203878,392822,201551v1132,-1891,3055,-3709,4752,-5309c399837,194133,401308,190643,403232,187879v1584,-2254,3394,-4290,5035,-6545c408946,180389,409342,179152,410020,178352v1245,-1454,2603,-2690,3678,-4363c413302,174207,412849,174425,412227,174789v226,-509,339,-800,452,-945c414207,172316,415791,170862,417262,169262v396,-436,283,-1454,679,-2036c418563,166280,419411,165553,420147,164680v792,-945,1584,-1890,2376,-2908c424446,159226,426483,156754,428293,154136v1584,-2328,2886,-4873,4356,-7273c432819,146645,432876,146209,433102,146136v2263,-945,2263,-3491,2376,-5891c436666,140973,436949,139736,437232,138936v1018,-2690,1980,-5381,2829,-8145c440570,129046,440739,127155,441192,125410v566,-2327,1810,-4654,1641,-6836c442493,115229,444247,112683,444247,109629v,-727,453,-1527,622,-2255c445039,106720,445491,105702,445322,105411v-1584,-2691,848,-3927,1301,-5818c447132,97266,449056,96902,450866,96611v170,-581,339,-1309,622,-2400c451828,94793,452054,95084,451997,94939v1302,,2490,436,2999,-73c456184,93484,457315,94357,458390,94648v622,145,1188,1018,1754,1600c460257,96393,460370,96684,460540,96684v3790,1091,4752,5018,5487,9163c466367,107593,466593,109411,466763,111229v452,6036,-2037,10617,-4356,15344c460936,129482,459069,131664,457032,133773v-1357,1454,-2602,3345,-3281,5382c452393,143227,451375,147445,450244,151663v,73,,145,-57,218c447302,158499,448433,165771,448377,172826v-57,2690,961,5381,1471,8072c450187,182716,450640,184534,450923,186352v848,5309,1584,10618,2376,15927c454430,209551,455561,216750,456806,224023v849,5018,1641,10036,2602,14981c460596,245185,461898,251294,461615,257694v-170,3127,-962,6254,-1697,9308c458616,272166,456693,276893,453638,280747v-509,655,-905,1382,-1301,2109c450526,286201,447924,288529,445491,290928v-1980,1964,-4299,3346,-6562,4800c437119,296964,435195,297837,433328,298783v-3337,1745,-6675,3054,-10239,3345c420939,302273,418789,302564,416639,302782v,,57,291,57,146c415508,303001,414320,303146,413075,303219v-4752,145,-9278,2836,-14143,1381c397518,304164,395877,304600,394406,304746v-2659,145,-5261,364,-7920,509c385298,305328,384110,305328,382922,305255v-1923,-145,-3847,-436,-5770,-436c375058,304746,372909,304964,370815,304891v-2941,-218,-5883,-581,-8825,-872c361085,303946,360067,304237,359162,303946v-1075,-364,-2150,-945,-2999,-1745c355824,301837,355767,300164,356107,299728v735,-873,1753,-1236,2715,-1818c358596,297328,358256,296528,357917,295728v113,-145,226,-218,339,-363c358596,295874,358992,296310,359388,296964v226,-727,396,-1309,622,-2108c361142,295292,362273,295655,363801,296237v-623,-1163,-1075,-1963,-1811,-3418c362952,293183,363857,293183,364027,293692v848,2036,1867,873,2715,218c368157,292747,369231,292819,370815,295655v566,-799,1019,-1381,1585,-2181c373192,293401,374719,293401,376133,292965v1528,-437,4809,218,5601,1672c382583,292528,383544,292747,385015,293765v1019,654,2546,,3791,145c389711,293983,390559,294492,391408,294783v57,-291,113,-509,170,-800c391238,293837,390842,293619,390446,293474v113,-73,227,-291,340,-291c393218,292965,395651,292528,398084,292601v1470,73,2885,655,4186,-654c402383,291801,403062,292528,403571,292965v1132,-1673,2150,-2764,4130,-1091c408606,292601,410586,291801,411887,291074v2376,-1309,4752,-1600,7242,-1309c419638,289838,420203,289183,420713,289038v1357,-364,2432,-2328,4186,-946c425352,288456,426540,287365,427445,286856v-113,-218,-283,-509,-170,-364c428746,285329,430160,283656,431688,283292v2319,-509,3507,-2981,5318,-4290c438646,277838,439891,275729,441192,273911v1867,-2618,3790,-5163,5374,-7999c447415,264384,447924,262348,448150,260530v396,-3709,566,-7490,736,-11199c448886,248822,448490,248240,448264,247658v-170,-436,-396,-945,-340,-1454c448320,241840,447358,237695,446397,233622v-623,-2618,-1471,-5236,-1980,-7927c443625,221987,443059,218132,442323,214423v-905,-4945,-1866,-9817,-2828,-14763c438816,196242,438194,192824,437628,189334v-57,-291,452,-800,509,-873c437911,187297,437628,186279,437571,185189v-226,-2837,-1584,-5527,-565,-8509c437062,176534,436949,176171,436836,176025v-679,-1454,-4187,-3199,-5488,-2618c431179,173480,431009,173698,430839,173698v-1018,,-2376,-582,-2942,c426426,175444,424956,177480,424164,179807v-623,1745,-2094,1818,-2546,3345c421561,183298,421109,183298,421109,183443v-113,1891,-1471,2400,-2263,3564c417035,189406,415678,192315,414037,194933v-452,728,-1188,1237,-1697,1891c411322,198061,410360,199297,409398,200533v-113,146,-170,509,-339,582c406117,203224,404816,207224,402553,210060v-1358,1673,-2093,4072,-4073,5091c397461,215660,396952,217478,396047,218569v-2150,2545,-4300,4945,-6506,7345c389258,226205,388693,225986,388523,226423v-679,800,-1245,1745,-1980,2472c384393,231150,382073,233186,380037,235586v-905,1091,-1528,2691,-2150,4072c377265,240967,376473,241695,375341,242422v-1414,873,-2319,3127,-3507,4727c371268,247876,370419,248385,369797,249112v-622,728,-1131,1528,-1697,2328c366742,253185,365385,255003,363970,256748v-1131,1382,-2432,2473,-3620,3782c358935,262130,357521,263803,356163,265548v-339,436,-396,1309,-452,1454c354975,267511,354409,267730,354013,268239v-1527,2036,-3224,3636,-5374,4581c346942,273620,345358,275002,343830,276238v-2432,1964,-7298,1964,-9787,-145c332912,275075,331441,274420,330592,273111v-2206,-3418,-3451,-7199,-2489,-11999c328725,258057,328329,254712,328499,251512v57,-1600,283,-3200,453,-4799c329065,245549,329404,244458,329348,243295v,-582,,-1091,-283,-1382c328725,241622,328216,241913,327877,242058v-2207,1164,-4696,2037,-4809,1746c323068,243804,323068,243804,323068,243804v-2037,1672,-3451,3418,-4299,4727c317015,251076,316110,253403,313507,255803v-565,509,-735,436,-1131,1018c311188,258639,310056,260457,308868,262348v-1980,2255,-3903,4509,-5883,6763c301118,267657,300722,270275,299760,271075v-1358,1236,-2489,2909,-4017,4727c295630,275875,295517,275947,295461,276093v-283,145,-510,363,-792,509c294555,276747,294329,276893,294103,277184v-566,509,-1075,800,-1188,945c291953,278784,290086,280456,288672,282202v-226,291,-736,945,-1301,1818c286975,284601,286748,284965,286692,285038v-1075,1672,-2885,2472,-4865,4581c281657,289838,279733,292237,278489,293765v-340,436,-679,1163,-1075,1309c276226,295437,275660,296237,275377,297837v-169,1018,-1188,1964,-1980,2618c270455,303146,268475,307364,265024,309327v-2262,1309,-4299,3346,-6336,5237c258123,315073,257953,316236,257500,317327v-1471,-582,-2828,-291,-4243,1527c252578,319727,250825,319218,249580,319218v-905,,-1810,-509,-2659,-436c244319,319000,243131,316600,241377,314709v-2037,-2182,-2376,-5672,-4299,-7272c237078,300455,237078,293765,237078,287510v-3847,-727,-6846,219,-8543,4727c228139,292456,227460,292601,227121,293037v-905,1309,-1697,2837,-2546,4218c224292,297692,223953,298201,223613,298419v-2828,1236,-3620,2109,-5035,5745c218409,304528,218239,304891,217956,305110v-2829,2545,-5657,4945,-8429,7490c208678,313400,207999,314564,207207,315436v-1754,1964,-3507,3927,-5261,5891c201663,321618,201606,322272,201324,322563v-340,364,-792,436,-1641,946c199287,324745,196345,327436,195157,326781v-848,1891,-2036,3273,-3847,3709c190858,330563,190518,331290,190179,331799v-227,291,-396,800,-679,1018c187520,334490,185370,335799,183560,337762v-2207,2473,-4809,4364,-6393,7854c176488,347144,174678,347653,173716,349034v-2998,4218,-6732,7346,-10070,10982c160082,363943,156461,367724,152841,371506v-1980,2036,-3904,4218,-6054,5745c142318,380451,137679,383287,133040,386196v-961,582,-2093,655,-3111,1018c128458,387723,127044,388523,125629,388669v-4808,654,-9674,945,-14539,1672c108884,390705,106960,389687,104924,389105v-2716,-727,-4074,-3345,-5884,-5527c94797,378487,89875,377106,84388,379360v-1075,437,-2207,1309,-2829,2400c79692,384814,77146,385178,74601,385033v-1075,-73,-2263,-1237,-3168,-2255c68321,379142,68208,373833,67020,369106v-113,-509,-113,-1163,-283,-1672c64474,361688,64700,355434,64927,349253v169,-4436,2206,-7782,4130,-11272c71489,333617,73696,329036,76072,324672v735,-1382,1584,-2982,2659,-3782c81333,318927,83822,317109,84557,312964v2150,-1091,2263,-4000,3225,-6109c89988,301837,91912,296601,94005,291510v453,-1163,1132,-2181,1697,-3272c96551,286565,97513,284965,98248,283292v2093,-4799,4130,-9672,6053,-14617c105772,264966,106847,261039,108431,257548v1754,-3927,3791,-7636,5997,-11199c116861,242495,119633,239004,122235,235295v1527,-2182,3111,-4436,4413,-6909c127836,226059,129080,223514,129476,220896v170,-1164,396,-2327,679,-3346c130721,215369,131513,213696,132701,211442v339,-1818,1980,-4655,4243,-7854xm72055,140682v,-146,-57,-291,-57,-437c72111,139009,72225,137773,72281,136537v227,-3928,-1131,-6473,-4073,-6837c65096,129337,62042,129846,59665,133046v-565,727,-1527,1018,-2319,1454c56101,135227,54744,135809,53556,136682v-1019,727,-1924,1673,-2886,2473c46541,142427,42241,145336,38394,149045v-7750,7345,-15274,15272,-20592,25817c14690,180971,11126,186643,9881,194206v-1470,9091,-1244,17599,1698,26035c13050,224459,14803,228386,18707,229623v1301,436,2546,1236,3847,1381c25948,231441,29343,232168,32397,229186v2150,-2109,4526,-3927,6506,-6327c41675,219441,44165,215732,46654,211951v1188,-1746,1244,-4873,3960,-4800c48464,205842,48577,204606,51010,200824v226,291,509,582,735,873c52254,200315,52707,199079,53103,197915v-849,-2327,396,-4363,1358,-5236c55988,191370,56271,189479,56950,187734v170,-437,905,-509,1301,-727c58704,185843,59100,184461,59779,183225v1244,-2400,2715,-4582,3903,-7054c64700,173989,65210,171298,66341,169189v3508,-6617,4639,-13963,4526,-21744c70867,146136,71263,144754,71489,143373v113,-800,340,-1746,566,-2691xm137114,285765v1018,-291,1866,-436,2602,-873c140564,284383,143393,284311,143959,285183v3621,5091,8316,6764,13408,6909c158498,292092,158951,292601,159403,293765v1358,3709,3621,6327,6280,8508c166645,303073,167380,304237,168172,305255v622,800,1131,1454,1584,2254c169982,307946,169982,308600,170265,308964v849,945,3677,509,4583,-582c175017,308164,175244,308091,175526,307946v57,727,114,1309,227,2400c176205,309618,176375,309255,176601,308891v1075,-2109,1867,-4727,3338,-6327c182372,299801,184635,297037,186219,293328v1640,-3854,3790,-7345,4299,-11854c190575,281111,190858,280820,191027,280456v3282,-5963,7129,-11563,8769,-18690c200701,257985,201267,253985,200022,249840v-678,-2182,-452,-4800,-509,-7273c199513,241258,199400,239586,200022,238786v1132,-1527,340,-2837,283,-4291c200305,233404,200192,232386,200079,231077v226,73,-57,,-57,c199966,229913,199909,228823,199853,227659v339,218,622,436,848,655c200362,226350,200079,224459,199626,222568v-113,-436,-848,-727,-1357,-800c194874,221114,193177,224823,190858,226786v-1471,1237,-2603,3127,-4074,4436c184125,233622,181297,235731,178581,237986v-565,509,-1131,1091,-1753,1454c173886,241040,171001,242567,168059,244022v-1471,727,-2999,1382,-4583,1818c162628,246131,161666,246058,160761,246131v-1641,145,-3281,509,-4865,218c152332,245767,150238,247076,148258,251149v-565,1091,-1301,1963,-1131,3418c147184,254930,146674,255439,146335,255876v-849,1163,-1810,2181,-2489,3490c143054,260966,142545,262784,141866,264457v-1075,2618,-2716,4873,-2490,8145c139376,272966,139150,273329,138980,273620v-622,873,-1527,1527,-1980,2473c136548,277184,136548,278638,136208,280384v-2036,1963,679,3781,906,5381xm106564,366488v-339,3273,1528,2545,2546,2982c111430,370415,113806,371579,116125,371506v6167,-145,11371,-4072,16519,-8000c133719,362706,134907,361907,136095,361470v3847,-1236,7128,-3709,9278,-7927c147410,349616,150238,347144,153180,344598v5884,-5163,8373,-11854,6846,-20871c158894,316963,155160,312745,150861,309182v-453,-364,-1132,-945,-1132,-1454c149729,305473,148258,305400,147240,304455v-1584,-1454,-2942,,-4299,436c140112,305837,137057,305473,134511,307800v-1018,946,-2489,1309,-3790,1527c125007,310273,120481,313473,117766,320309v-905,2254,-1754,4581,-2999,6399c112618,329835,111034,333544,108261,335944v-4016,3491,-6223,8436,-7184,14472c100907,351507,101020,353180,99493,353180v-170,,-340,654,-453,1018c97796,357979,99153,362270,102095,363870v396,218,849,800,962,1382c103623,367361,104471,368161,106564,366488xm230855,112465v565,-654,1244,-1091,1244,-1600c232099,108102,233853,105484,232552,102575v-283,-655,,-2037,-340,-2328c231420,99666,230572,99011,229497,100175v-1188,1309,-2772,1672,-3847,3563c224122,106284,221520,107593,220445,110792v-170,509,-792,800,-1131,1237c218861,112538,218522,113192,218069,113774v,,,73,57,73c217164,115010,216202,116101,215240,117338v510,218,849,363,1471,654c214166,119519,212412,121337,211394,124537v-396,1236,-1867,1818,-2773,2764c208225,127737,207943,128319,207716,128901v-169,363,,1090,-169,1236c206132,131446,204944,132900,203869,134791v-2885,4873,-6223,9309,-9221,14108c192951,151663,191593,154717,190122,157626v,,-452,-509,-452,-509c188764,158354,187633,159517,187011,160972v-792,1818,-1188,3854,-1811,5817c185087,167153,184918,167589,184691,167808v-1471,1090,-2489,2399,-2828,4799c181693,173844,180618,174934,179883,176025v-283,509,-736,873,-962,1382c178016,179443,177224,181552,176318,183589v-678,1600,-1470,3127,-2149,4799c173546,189916,173037,191443,172528,193043v-566,1745,-962,3563,-1471,5308c171001,198497,171227,198715,171283,198933v283,873,1075,1964,-396,2400c170831,201333,170831,202060,170944,202206v113,145,509,218,735,145c172868,201988,173999,201406,175187,201115v962,-218,2093,145,2998,-364c181240,199224,184239,197479,187576,197697v1528,73,2037,-582,1811,-2618c189952,195515,190292,195733,190575,195952v566,-655,1075,-1237,1584,-1819c193856,192315,195666,190570,197194,188534v1301,-1673,2376,-3709,3564,-5527c202342,180607,204152,178425,205680,175953v2036,-3418,3960,-6982,5883,-10473c212299,164171,212978,162717,213770,161481v339,-509,1188,-728,1244,-1237c215354,157772,216033,155736,218465,154863v-1923,-873,-1188,-1673,-509,-2618c218409,151663,218691,150790,219087,150063v849,-1454,1698,-2909,2376,-4072c222199,143227,222821,140827,223444,138427v113,-581,735,-945,905,-1527c225084,134791,225197,131882,226385,130500v2320,-2763,1301,-7272,3678,-9817c230119,120610,230176,120392,230119,120246v-509,-2618,962,-4363,1584,-6472c231420,113410,231081,112901,230855,112465xm273397,197551v-226,-145,-452,-290,-622,-436c271926,199006,271078,200969,270286,202860v226,146,509,364,735,509c271757,201479,272549,199515,273397,197551xe" fillcolor="#262262" stroked="f" strokeweight=".01572mm">
                  <v:stroke joinstyle="miter"/>
                  <v:path arrowok="t" o:connecttype="custom" o:connectlocs="136944,203588;136718,202424;139603,198570;141413,195806;145373,191079;150861,183298;153067,180752;154368,178134;158102,172753;159686,169844;158951,166789;153803,169335;151144,171226;145882,175589;142092,177698;141074,178280;137623,181407;132814,183589;124272,185552;121499,183952;119293,183298;118954,181916;112335,174207;108035,163662;105263,161117;105829,160099;104584,157481;100964,148027;99776,147445;98418,141336;97852,136755;93213,128319;87952,127373;86820,128901;84444,143663;81276,154863;80032,159444;77146,169044;75223,173698;73696,178280;72508,179589;69905,186425;69566,187661;67925,190279;66907,191370;68208,192170;67642,193770;63286,203224;63116,204315;59326,211296;59100,212533;56554,212314;57799,215369;58364,217187;55536,219078;53273,223950;52877,225259;50274,231150;48747,231586;46993,236459;42807,240095;32850,242713;28098,244604;18367,245767;13389,243295;2980,225477;208,198206;2923,184752;2980,183443;2810,182134;5016,175298;5695,174571;6827,172971;10730,164753;11239,162717;12540,160826;12880,160681;19555,150718;22327,148609;25609,143736;30700,138791;36584,133918;41110,129700;54517,118647;60231,115592;64418,112683;66002,111811;80428,107520;88122,107665;89083,108756;91007,107811;90837,108538;92365,109920;97060,112538;97400,112829;106112,121483;107922,125483;110807,132682;113466,137409;116634,145481;129533,163153;130834,163444;147976,157844;159233,147809;167946,140391;176205,130428;190971,104611;202964,81630;206019,74285;208112,69922;213204,59013;215693,52323;217786,48468;220954,42287;224405,36324;233231,21052;233627,18724;234702,18943;234871,18579;237078,12034;239906,7816;243414,1198;245903,180;250429,1198;254728,8907;253767,19670;252013,33487;247600,51377;245507,65922;244771,69340;247544,75303;247996,75594;249184,81994;249806,86575;249524,89921;249467,94939;248618,100029;248392,102138;247204,114719;245733,122428;244375,127155;241490,137918;241660,139955;238944,147009;237078,152318;235098,157045;234815,159299;230515,169189;228931,171080;225876,176680;223161,182134;220106,187879;216825,192097;215071,194133;213034,207805;215127,212896;216655,216750;217503,222568;218465,229259;217560,239222;216768,245767;216146,255221;214222,264239;214166,266421;213939,267730;212072,272602;211620,273911;209979,280602;211224,284456;212016,286129;218013,279511;218974,280529;218974,277475;221916,275293;229384,266930;234702,258203;239340,252530;243414,245404;244545,243804;249580,235731;252748,228895;254163,227514;254276,226423;258688,216460;259820,212969;262422,210278;265647,206496;269381,196024;273680,185698;274472,183225;278149,171298;281261,163881;285334,155663;286635,154136;288559,149118;289351,148027;295574,140754;297497,140391;305021,142354;308416,146645;307907,152245;306323,162353;304173,168753;302306,173989;298289,181698;295743,185043;288276,198061;289747,198933;284938,205187;282449,209405;276678,219878;273680,226132;272605,228532;271587,232459;268023,239222;266609,243658;264628,248385;263327,252749;260329,258712;259650,263003;258405,266566;258123,271002;256821,272457;255916,284092;256595,284020;258236,291437;259254,288965;260159,290783;265194,285911;270003,284674;274076,281838;282845,274857;292689,265548;304173,248603;310396,238204;316110,228823;318599,223514;323973,216532;331215,206278;335288,201624;339361,195297;342755,191006;345471,185988;347564,183661;349884,179443;350732,178134;355541,168898;358200,165117;358200,163590;360293,160244;362443,156026;364310,151736;367930,143518;372173,135009;377774,124537;378509,126064;385694,124101;388240,136609;386599,142063;384563,147445;382356,150645;381734,152027;379867,155736;379245,157990;376869,162717;374040,169044;369514,176753;367365,181989;365554,186861;364423,188825;363122,191806;361877,193334;359954,198642;357068,204824;356333,205842;355371,207369;354183,213769;352543,217696;351015,224023;349431,228677;346885,239440;346998,240313;347225,243804;349205,244385;347960,245476;353108,244676;353165,245840;351807,248312;355428,247367;356163,246204;360293,244458;361255,243804;363970,243222;363914,242349;362895,241622;370193,233622;373248,228532;378000,222350;380603,218641;388014,207515;392822,201551;397574,196242;403232,187879;408267,181334;410020,178352;413698,173989;412227,174789;412679,173844;417262,169262;417941,167226;420147,164680;422523,161772;428293,154136;432649,146863;433102,146136;435478,140245;437232,138936;440061,130791;441192,125410;442833,118574;444247,109629;444869,107374;445322,105411;446623,99593;450866,96611;451488,94211;451997,94939;454996,94866;458390,94648;460144,96248;460540,96684;466027,105847;466763,111229;462407,126573;457032,133773;453751,139155;450244,151663;450187,151881;448377,172826;449848,180898;450923,186352;453299,202279;456806,224023;459408,239004;461615,257694;459918,267002;453638,280747;452337,282856;445491,290928;438929,295728;433328,298783;423089,302128;416639,302782;416696,302928;413075,303219;398932,304600;394406,304746;386486,305255;382922,305255;377152,304819;370815,304891;361990,304019;359162,303946;356163,302201;356107,299728;358822,297910;357917,295728;358256,295365;359388,296964;360010,294856;363801,296237;361990,292819;364027,293692;366742,293910;370815,295655;372400,293474;376133,292965;381734,294637;385015,293765;388806,293910;391408,294783;391578,293983;390446,293474;390786,293183;398084,292601;402270,291947;403571,292965;407701,291874;411887,291074;419129,289765;420713,289038;424899,288092;427445,286856;427275,286492;431688,283292;437006,279002;441192,273911;446566,265912;448150,260530;448886,249331;448264,247658;447924,246204;446397,233622;444417,225695;442323,214423;439495,199660;437628,189334;438137,188461;437571,185189;437006,176680;436836,176025;431348,173407;430839,173698;427897,173698;424164,179807;421618,183152;421109,183443;418846,187007;414037,194933;412340,196824;409398,200533;409059,201115;402553,210060;398480,215151;396047,218569;389541,225914;388523,226423;386543,228895;380037,235586;377887,239658;375341,242422;371834,247149;369797,249112;368100,251440;363970,256748;360350,260530;356163,265548;355711,267002;354013,268239;348639,272820;343830,276238;334043,276093;330592,273111;328103,261112;328499,251512;328952,246713;329348,243295;329065,241913;327877,242058;323068,243804;323068,243804;318769,248531;313507,255803;312376,256821;308868,262348;302985,269111;299760,271075;295743,275802;295461,276093;294669,276602;294103,277184;292915,278129;288672,282202;287371,284020;286692,285038;281827,289619;278489,293765;277414,295074;275377,297837;273397,300455;265024,309327;258688,314564;257500,317327;253257,318854;249580,319218;246921,318782;241377,314709;237078,307437;237078,287510;228535,292237;227121,293037;224575,297255;223613,298419;218578,304164;217956,305110;209527,312600;207207,315436;201946,321327;201324,322563;199683,323509;195157,326781;191310,330490;190179,331799;189500,332817;183560,337762;177167,345616;173716,349034;163646,360016;152841,371506;146787,377251;133040,386196;129929,387214;125629,388669;111090,390341;104924,389105;99040,383578;84388,379360;81559,381760;74601,385033;71433,382778;67020,369106;66737,367434;64927,349253;69057,337981;76072,324672;78731,320890;84557,312964;87782,306855;94005,291510;95702,288238;98248,283292;104301,268675;108431,257548;114428,246349;122235,235295;126648,228386;129476,220896;130155,217550;132701,211442;136944,203588;72055,140682;71998,140245;72281,136537;68208,129700;59665,133046;57346,134500;53556,136682;50670,139155;38394,149045;17802,174862;9881,194206;11579,220241;18707,229623;22554,231004;32397,229186;38903,222859;46654,211951;50614,207151;51010,200824;51745,201697;53103,197915;54461,192679;56950,187734;58251,187007;59779,183225;63682,176171;66341,169189;70867,147445;71489,143373;72055,140682;137114,285765;139716,284892;143959,285183;157367,292092;159403,293765;165683,302273;168172,305255;169756,307509;170265,308964;174848,308382;175526,307946;175753,310346;176601,308891;179939,302564;186219,293328;190518,281474;191027,280456;199796,261766;200022,249840;199513,242567;200022,238786;200305,234495;200079,231077;200022,231077;199853,227659;200701,228314;199626,222568;198269,221768;190858,226786;186784,231222;178581,237986;176828,239440;168059,244022;163476,245840;160761,246131;155896,246349;148258,251149;147127,254567;146335,255876;143846,259366;141866,264457;139376,272602;138980,273620;137000,276093;136208,280384;137114,285765;106564,366488;109110,369470;116125,371506;132644,363506;136095,361470;145373,353543;153180,344598;160026,323727;150861,309182;149729,307728;147240,304455;142941,304891;134511,307800;130721,309327;117766,320309;114767,326708;108261,335944;101077,350416;99493,353180;99040,354198;102095,363870;103057,365252;106564,366488;230855,112465;232099,110865;232552,102575;232212,100247;229497,100175;225650,103738;220445,110792;219314,112029;218069,113774;218126,113847;215240,117338;216711,117992;211394,124537;208621,127301;207716,128901;207547,130137;203869,134791;194648,148899;190122,157626;189670,157117;187011,160972;185200,166789;184691,167808;181863,172607;179883,176025;178921,177407;176318,183589;174169,188388;172528,193043;171057,198351;171283,198933;170887,201333;170944,202206;171679,202351;175187,201115;178185,200751;187576,197697;189387,195079;190575,195952;192159,194133;197194,188534;200758,183007;205680,175953;211563,165480;213770,161481;215014,160244;218465,154863;217956,152245;219087,150063;221463,145991;223444,138427;224349,136900;226385,130500;230063,120683;230119,120246;231703,113774;230855,112465;273397,197551;272775,197115;270286,202860;271021,203369;273397,197551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Полилиния 291060235" o:spid="_x0000_s1028" style="position:absolute;left:135878;top:9000;width:27927;height:48068;visibility:visible;mso-wrap-style:square;v-text-anchor:middle" coordsize="27927,480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" path="m1140,20235c858,18489,575,16380,235,14271,179,14053,-48,13617,9,13544,2215,10926,2102,6199,5214,4381,7194,3217,9004,1545,10984,381v2150,-1236,3508,800,5092,2327c19244,5617,20432,10126,22072,14271v1867,4582,3847,9164,5092,14036c28013,31798,27956,35725,27899,39506v-56,2473,-848,4946,-1471,7345c26315,47361,25636,47797,25184,47942v-3621,655,-6789,-1309,-9278,-4218c14492,42052,13756,38925,13360,36234,12398,29980,10475,25034,5440,22853,4026,22271,2668,21180,1140,20235xe" fillcolor="#262262" stroked="f" strokeweight=".01572mm">
                  <v:stroke joinstyle="miter"/>
                  <v:path arrowok="t" o:connecttype="custom" o:connectlocs="1140,20235;235,14271;9,13544;5214,4381;10984,381;16076,2708;22072,14271;27164,28307;27899,39506;26428,46851;25184,47942;15906,43724;13360,36234;5440,22853;1140,20235" o:connectangles="0,0,0,0,0,0,0,0,0,0,0,0,0,0,0"/>
                </v:shape>
              </v:group>
            </w:pict>
          </mc:Fallback>
        </mc:AlternateConten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6C229F">
        <w:rPr>
          <w:rFonts w:ascii="Times New Roman" w:hAnsi="Times New Roman" w:cs="Times New Roman"/>
          <w:sz w:val="24"/>
          <w:szCs w:val="24"/>
          <w:lang w:val="ru-RU"/>
        </w:rPr>
        <w:t>ерівниці</w:t>
      </w:r>
      <w:proofErr w:type="spellEnd"/>
      <w:r w:rsid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C229F">
        <w:rPr>
          <w:rFonts w:ascii="Times New Roman" w:hAnsi="Times New Roman" w:cs="Times New Roman"/>
          <w:sz w:val="24"/>
          <w:szCs w:val="24"/>
          <w:lang w:val="ru-RU"/>
        </w:rPr>
        <w:t>соціально-психологічної</w:t>
      </w:r>
      <w:proofErr w:type="spellEnd"/>
      <w:r w:rsidR="006C22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6E726039" w14:textId="77777777" w:rsidR="006C229F" w:rsidRPr="006C229F" w:rsidRDefault="006C229F" w:rsidP="006C22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служби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ХДУ        </w:t>
      </w:r>
      <w:r w:rsidR="004375F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Ірина ШАПОШНИКОВА </w:t>
      </w:r>
    </w:p>
    <w:sectPr w:rsidR="006C229F" w:rsidRPr="006C229F" w:rsidSect="00034616">
      <w:footerReference w:type="default" r:id="rId8"/>
      <w:pgSz w:w="12240" w:h="15840"/>
      <w:pgMar w:top="1037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BFC84B" w14:textId="77777777" w:rsidR="00345909" w:rsidRDefault="00345909">
      <w:pPr>
        <w:spacing w:after="0" w:line="240" w:lineRule="auto"/>
      </w:pPr>
      <w:r>
        <w:separator/>
      </w:r>
    </w:p>
  </w:endnote>
  <w:endnote w:type="continuationSeparator" w:id="0">
    <w:p w14:paraId="05325D52" w14:textId="77777777" w:rsidR="00345909" w:rsidRDefault="00345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7A72AC" w14:textId="77777777" w:rsidR="008E28BE" w:rsidRDefault="000D5B6E">
    <w:pPr>
      <w:pStyle w:val="a7"/>
      <w:jc w:val="center"/>
    </w:pPr>
    <w:proofErr w:type="spellStart"/>
    <w:r>
      <w:rPr>
        <w:sz w:val="18"/>
      </w:rPr>
      <w:t>Соціально-психологічна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служба</w:t>
    </w:r>
    <w:proofErr w:type="spellEnd"/>
    <w:r>
      <w:rPr>
        <w:sz w:val="18"/>
      </w:rPr>
      <w:t xml:space="preserve"> ХДУ • 2025–2026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19961F" w14:textId="77777777" w:rsidR="00345909" w:rsidRDefault="00345909">
      <w:pPr>
        <w:spacing w:after="0" w:line="240" w:lineRule="auto"/>
      </w:pPr>
      <w:r>
        <w:separator/>
      </w:r>
    </w:p>
  </w:footnote>
  <w:footnote w:type="continuationSeparator" w:id="0">
    <w:p w14:paraId="5EB8368C" w14:textId="77777777" w:rsidR="00345909" w:rsidRDefault="003459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6187101">
    <w:abstractNumId w:val="8"/>
  </w:num>
  <w:num w:numId="2" w16cid:durableId="1818649138">
    <w:abstractNumId w:val="6"/>
  </w:num>
  <w:num w:numId="3" w16cid:durableId="1917088754">
    <w:abstractNumId w:val="5"/>
  </w:num>
  <w:num w:numId="4" w16cid:durableId="1534272033">
    <w:abstractNumId w:val="4"/>
  </w:num>
  <w:num w:numId="5" w16cid:durableId="1463377113">
    <w:abstractNumId w:val="7"/>
  </w:num>
  <w:num w:numId="6" w16cid:durableId="1823085357">
    <w:abstractNumId w:val="3"/>
  </w:num>
  <w:num w:numId="7" w16cid:durableId="512497692">
    <w:abstractNumId w:val="2"/>
  </w:num>
  <w:num w:numId="8" w16cid:durableId="1216546132">
    <w:abstractNumId w:val="1"/>
  </w:num>
  <w:num w:numId="9" w16cid:durableId="6713783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2BEB"/>
    <w:rsid w:val="000D5B6E"/>
    <w:rsid w:val="0015074B"/>
    <w:rsid w:val="0029639D"/>
    <w:rsid w:val="002B79F2"/>
    <w:rsid w:val="00326F90"/>
    <w:rsid w:val="00345909"/>
    <w:rsid w:val="004375FA"/>
    <w:rsid w:val="006C229F"/>
    <w:rsid w:val="008E28BE"/>
    <w:rsid w:val="00922FCA"/>
    <w:rsid w:val="00AA1D8D"/>
    <w:rsid w:val="00B47730"/>
    <w:rsid w:val="00CB0664"/>
    <w:rsid w:val="00D226C9"/>
    <w:rsid w:val="00EE00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A1F5D1"/>
  <w14:defaultImageDpi w14:val="300"/>
  <w15:docId w15:val="{EA94F7BD-95B4-4F13-A832-224C0638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59" w:lineRule="auto"/>
    </w:pPr>
    <w:rPr>
      <w:rFonts w:ascii="Aptos" w:hAnsi="Aptos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before="240" w:after="1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02379C-329D-4DC6-9BBF-A67C11594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810</Words>
  <Characters>6012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про роботу соціально-психологічної служби ХДУ за 2025–2026 навчальний рік</dc:title>
  <dc:subject>Аналітичний звіт за матеріалами відкритих джерел</dc:subject>
  <dc:creator>Херсонський державний університет</dc:creator>
  <cp:keywords/>
  <dc:description>generated by python-docx</dc:description>
  <cp:lastModifiedBy>Шапошникова Ірина Василівна</cp:lastModifiedBy>
  <cp:revision>3</cp:revision>
  <dcterms:created xsi:type="dcterms:W3CDTF">2026-09-22T07:24:00Z</dcterms:created>
  <dcterms:modified xsi:type="dcterms:W3CDTF">2026-09-29T08:29:00Z</dcterms:modified>
  <cp:category/>
</cp:coreProperties>
</file>